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C048C" w14:textId="5371BCA4" w:rsidR="00CB3113" w:rsidRDefault="00CB3113">
      <w:pPr>
        <w:pStyle w:val="Heading1"/>
        <w:jc w:val="center"/>
      </w:pPr>
      <w:r>
        <w:rPr>
          <w:rFonts w:ascii="Optima" w:hAnsi="Optima"/>
          <w:noProof/>
          <w:sz w:val="20"/>
          <w:szCs w:val="20"/>
        </w:rPr>
        <w:drawing>
          <wp:anchor distT="152400" distB="152400" distL="152400" distR="152400" simplePos="0" relativeHeight="251659264" behindDoc="0" locked="0" layoutInCell="1" allowOverlap="1" wp14:anchorId="52F9E60B" wp14:editId="73533C74">
            <wp:simplePos x="0" y="0"/>
            <wp:positionH relativeFrom="margin">
              <wp:posOffset>-45720</wp:posOffset>
            </wp:positionH>
            <wp:positionV relativeFrom="page">
              <wp:posOffset>937260</wp:posOffset>
            </wp:positionV>
            <wp:extent cx="6475730" cy="904240"/>
            <wp:effectExtent l="0" t="0" r="0" b="0"/>
            <wp:wrapThrough wrapText="bothSides" distL="152400" distR="152400">
              <wp:wrapPolygon edited="1">
                <wp:start x="1266" y="302"/>
                <wp:lineTo x="1941" y="604"/>
                <wp:lineTo x="2447" y="2567"/>
                <wp:lineTo x="2805" y="5435"/>
                <wp:lineTo x="2995" y="9512"/>
                <wp:lineTo x="2932" y="14192"/>
                <wp:lineTo x="2637" y="17967"/>
                <wp:lineTo x="2152" y="20533"/>
                <wp:lineTo x="1751" y="21439"/>
                <wp:lineTo x="1097" y="21137"/>
                <wp:lineTo x="570" y="19175"/>
                <wp:lineTo x="190" y="15853"/>
                <wp:lineTo x="42" y="12682"/>
                <wp:lineTo x="63" y="8304"/>
                <wp:lineTo x="316" y="4529"/>
                <wp:lineTo x="717" y="1812"/>
                <wp:lineTo x="1266" y="302"/>
                <wp:lineTo x="4345" y="302"/>
                <wp:lineTo x="4345" y="5586"/>
                <wp:lineTo x="4852" y="5888"/>
                <wp:lineTo x="4852" y="6945"/>
                <wp:lineTo x="4620" y="6039"/>
                <wp:lineTo x="4282" y="6341"/>
                <wp:lineTo x="4092" y="8153"/>
                <wp:lineTo x="4113" y="11776"/>
                <wp:lineTo x="4324" y="13286"/>
                <wp:lineTo x="4746" y="13135"/>
                <wp:lineTo x="4852" y="12531"/>
                <wp:lineTo x="4830" y="13437"/>
                <wp:lineTo x="4324" y="13890"/>
                <wp:lineTo x="4008" y="12380"/>
                <wp:lineTo x="3902" y="10720"/>
                <wp:lineTo x="3945" y="7851"/>
                <wp:lineTo x="4219" y="5888"/>
                <wp:lineTo x="4345" y="5586"/>
                <wp:lineTo x="4345" y="302"/>
                <wp:lineTo x="5252" y="302"/>
                <wp:lineTo x="5252" y="8002"/>
                <wp:lineTo x="5400" y="8266"/>
                <wp:lineTo x="5400" y="8606"/>
                <wp:lineTo x="5189" y="8757"/>
                <wp:lineTo x="5084" y="9965"/>
                <wp:lineTo x="5126" y="12833"/>
                <wp:lineTo x="5231" y="13437"/>
                <wp:lineTo x="5484" y="13135"/>
                <wp:lineTo x="5569" y="12078"/>
                <wp:lineTo x="5527" y="9210"/>
                <wp:lineTo x="5400" y="8606"/>
                <wp:lineTo x="5400" y="8266"/>
                <wp:lineTo x="5590" y="8606"/>
                <wp:lineTo x="5716" y="9814"/>
                <wp:lineTo x="5695" y="12531"/>
                <wp:lineTo x="5505" y="13739"/>
                <wp:lineTo x="5105" y="13588"/>
                <wp:lineTo x="4936" y="12078"/>
                <wp:lineTo x="4978" y="9210"/>
                <wp:lineTo x="5168" y="8153"/>
                <wp:lineTo x="5252" y="8002"/>
                <wp:lineTo x="5252" y="302"/>
                <wp:lineTo x="6159" y="302"/>
                <wp:lineTo x="6159" y="8002"/>
                <wp:lineTo x="6391" y="8455"/>
                <wp:lineTo x="6497" y="8908"/>
                <wp:lineTo x="6645" y="8002"/>
                <wp:lineTo x="6919" y="8455"/>
                <wp:lineTo x="6982" y="11173"/>
                <wp:lineTo x="6982" y="13739"/>
                <wp:lineTo x="6834" y="13588"/>
                <wp:lineTo x="6792" y="8908"/>
                <wp:lineTo x="6518" y="9059"/>
                <wp:lineTo x="6476" y="13739"/>
                <wp:lineTo x="6328" y="13739"/>
                <wp:lineTo x="6307" y="9059"/>
                <wp:lineTo x="6033" y="9059"/>
                <wp:lineTo x="5970" y="12682"/>
                <wp:lineTo x="5991" y="13739"/>
                <wp:lineTo x="5843" y="13739"/>
                <wp:lineTo x="5843" y="8153"/>
                <wp:lineTo x="5970" y="8455"/>
                <wp:lineTo x="5991" y="8757"/>
                <wp:lineTo x="6159" y="8002"/>
                <wp:lineTo x="6159" y="302"/>
                <wp:lineTo x="7446" y="302"/>
                <wp:lineTo x="7446" y="8002"/>
                <wp:lineTo x="7720" y="8606"/>
                <wp:lineTo x="7784" y="8908"/>
                <wp:lineTo x="7952" y="8002"/>
                <wp:lineTo x="8227" y="8606"/>
                <wp:lineTo x="8269" y="13739"/>
                <wp:lineTo x="8121" y="13739"/>
                <wp:lineTo x="8100" y="9059"/>
                <wp:lineTo x="7826" y="9059"/>
                <wp:lineTo x="7762" y="9814"/>
                <wp:lineTo x="7762" y="13739"/>
                <wp:lineTo x="7615" y="13437"/>
                <wp:lineTo x="7594" y="9059"/>
                <wp:lineTo x="7320" y="9059"/>
                <wp:lineTo x="7277" y="13739"/>
                <wp:lineTo x="7130" y="13739"/>
                <wp:lineTo x="7130" y="8153"/>
                <wp:lineTo x="7277" y="8153"/>
                <wp:lineTo x="7298" y="8606"/>
                <wp:lineTo x="7446" y="8002"/>
                <wp:lineTo x="7446" y="302"/>
                <wp:lineTo x="8437" y="302"/>
                <wp:lineTo x="8437" y="8153"/>
                <wp:lineTo x="8585" y="8153"/>
                <wp:lineTo x="8606" y="12833"/>
                <wp:lineTo x="8817" y="13135"/>
                <wp:lineTo x="8944" y="12531"/>
                <wp:lineTo x="8965" y="8153"/>
                <wp:lineTo x="9112" y="8153"/>
                <wp:lineTo x="9112" y="13739"/>
                <wp:lineTo x="8965" y="13739"/>
                <wp:lineTo x="8944" y="13286"/>
                <wp:lineTo x="8817" y="13890"/>
                <wp:lineTo x="8543" y="13588"/>
                <wp:lineTo x="8437" y="12531"/>
                <wp:lineTo x="8437" y="8153"/>
                <wp:lineTo x="8437" y="302"/>
                <wp:lineTo x="9619" y="302"/>
                <wp:lineTo x="9619" y="8002"/>
                <wp:lineTo x="9893" y="8455"/>
                <wp:lineTo x="9956" y="9210"/>
                <wp:lineTo x="9956" y="13739"/>
                <wp:lineTo x="9809" y="13739"/>
                <wp:lineTo x="9787" y="9059"/>
                <wp:lineTo x="9492" y="9059"/>
                <wp:lineTo x="9429" y="10116"/>
                <wp:lineTo x="9450" y="13739"/>
                <wp:lineTo x="9302" y="13739"/>
                <wp:lineTo x="9302" y="8153"/>
                <wp:lineTo x="9429" y="8153"/>
                <wp:lineTo x="9450" y="8757"/>
                <wp:lineTo x="9619" y="8002"/>
                <wp:lineTo x="9619" y="302"/>
                <wp:lineTo x="10188" y="302"/>
                <wp:lineTo x="10188" y="5586"/>
                <wp:lineTo x="10336" y="5888"/>
                <wp:lineTo x="10315" y="6643"/>
                <wp:lineTo x="10167" y="6492"/>
                <wp:lineTo x="10167" y="8153"/>
                <wp:lineTo x="10315" y="8153"/>
                <wp:lineTo x="10336" y="13739"/>
                <wp:lineTo x="10167" y="13437"/>
                <wp:lineTo x="10167" y="8153"/>
                <wp:lineTo x="10167" y="6492"/>
                <wp:lineTo x="10188" y="5586"/>
                <wp:lineTo x="10188" y="302"/>
                <wp:lineTo x="10631" y="302"/>
                <wp:lineTo x="10631" y="6643"/>
                <wp:lineTo x="10673" y="8304"/>
                <wp:lineTo x="11011" y="8455"/>
                <wp:lineTo x="11243" y="12531"/>
                <wp:lineTo x="11475" y="8153"/>
                <wp:lineTo x="11580" y="8455"/>
                <wp:lineTo x="11032" y="16759"/>
                <wp:lineTo x="10948" y="16608"/>
                <wp:lineTo x="11138" y="13588"/>
                <wp:lineTo x="10842" y="8757"/>
                <wp:lineTo x="10673" y="8757"/>
                <wp:lineTo x="10695" y="13286"/>
                <wp:lineTo x="10863" y="13739"/>
                <wp:lineTo x="10568" y="13588"/>
                <wp:lineTo x="10526" y="8757"/>
                <wp:lineTo x="10420" y="8757"/>
                <wp:lineTo x="10420" y="8304"/>
                <wp:lineTo x="10526" y="8304"/>
                <wp:lineTo x="10568" y="6794"/>
                <wp:lineTo x="10631" y="6643"/>
                <wp:lineTo x="10631" y="302"/>
                <wp:lineTo x="12424" y="302"/>
                <wp:lineTo x="12424" y="5435"/>
                <wp:lineTo x="12424" y="7549"/>
                <wp:lineTo x="12361" y="7700"/>
                <wp:lineTo x="12234" y="10116"/>
                <wp:lineTo x="12572" y="9814"/>
                <wp:lineTo x="12424" y="7549"/>
                <wp:lineTo x="12424" y="5435"/>
                <wp:lineTo x="12952" y="13739"/>
                <wp:lineTo x="12741" y="13437"/>
                <wp:lineTo x="12614" y="10720"/>
                <wp:lineTo x="12171" y="10871"/>
                <wp:lineTo x="12045" y="13739"/>
                <wp:lineTo x="11918" y="13437"/>
                <wp:lineTo x="12424" y="5435"/>
                <wp:lineTo x="12424" y="302"/>
                <wp:lineTo x="13310" y="302"/>
                <wp:lineTo x="13310" y="8002"/>
                <wp:lineTo x="13669" y="8455"/>
                <wp:lineTo x="13605" y="9210"/>
                <wp:lineTo x="13458" y="8455"/>
                <wp:lineTo x="13226" y="8908"/>
                <wp:lineTo x="13141" y="9814"/>
                <wp:lineTo x="13184" y="12682"/>
                <wp:lineTo x="13458" y="13437"/>
                <wp:lineTo x="13669" y="12531"/>
                <wp:lineTo x="13627" y="13437"/>
                <wp:lineTo x="13268" y="13890"/>
                <wp:lineTo x="13057" y="12984"/>
                <wp:lineTo x="12994" y="10569"/>
                <wp:lineTo x="13078" y="8908"/>
                <wp:lineTo x="13310" y="8002"/>
                <wp:lineTo x="13310" y="302"/>
                <wp:lineTo x="13880" y="302"/>
                <wp:lineTo x="13880" y="6643"/>
                <wp:lineTo x="13943" y="6643"/>
                <wp:lineTo x="13943" y="8304"/>
                <wp:lineTo x="14112" y="8304"/>
                <wp:lineTo x="14112" y="8757"/>
                <wp:lineTo x="13922" y="8908"/>
                <wp:lineTo x="13964" y="13286"/>
                <wp:lineTo x="14133" y="13739"/>
                <wp:lineTo x="13838" y="13588"/>
                <wp:lineTo x="13795" y="8757"/>
                <wp:lineTo x="13690" y="8757"/>
                <wp:lineTo x="13690" y="8304"/>
                <wp:lineTo x="13795" y="8304"/>
                <wp:lineTo x="13838" y="6794"/>
                <wp:lineTo x="13880" y="6643"/>
                <wp:lineTo x="13880" y="302"/>
                <wp:lineTo x="14238" y="302"/>
                <wp:lineTo x="14238" y="5586"/>
                <wp:lineTo x="14365" y="5737"/>
                <wp:lineTo x="14323" y="6794"/>
                <wp:lineTo x="14217" y="6415"/>
                <wp:lineTo x="14217" y="8153"/>
                <wp:lineTo x="14365" y="8153"/>
                <wp:lineTo x="14365" y="13739"/>
                <wp:lineTo x="14217" y="13739"/>
                <wp:lineTo x="14217" y="8153"/>
                <wp:lineTo x="14217" y="6415"/>
                <wp:lineTo x="14196" y="6341"/>
                <wp:lineTo x="14238" y="5586"/>
                <wp:lineTo x="14238" y="302"/>
                <wp:lineTo x="14829" y="302"/>
                <wp:lineTo x="14829" y="8002"/>
                <wp:lineTo x="14977" y="8214"/>
                <wp:lineTo x="14977" y="8606"/>
                <wp:lineTo x="14766" y="8757"/>
                <wp:lineTo x="14660" y="10116"/>
                <wp:lineTo x="14723" y="12984"/>
                <wp:lineTo x="14808" y="13437"/>
                <wp:lineTo x="15061" y="13135"/>
                <wp:lineTo x="15166" y="11475"/>
                <wp:lineTo x="15082" y="8908"/>
                <wp:lineTo x="14977" y="8606"/>
                <wp:lineTo x="14977" y="8214"/>
                <wp:lineTo x="15145" y="8455"/>
                <wp:lineTo x="15314" y="10116"/>
                <wp:lineTo x="15272" y="12531"/>
                <wp:lineTo x="15082" y="13739"/>
                <wp:lineTo x="14681" y="13588"/>
                <wp:lineTo x="14513" y="11927"/>
                <wp:lineTo x="14555" y="9361"/>
                <wp:lineTo x="14766" y="8153"/>
                <wp:lineTo x="14829" y="8002"/>
                <wp:lineTo x="14829" y="302"/>
                <wp:lineTo x="15736" y="302"/>
                <wp:lineTo x="15736" y="8002"/>
                <wp:lineTo x="16010" y="8455"/>
                <wp:lineTo x="16073" y="9210"/>
                <wp:lineTo x="16073" y="13739"/>
                <wp:lineTo x="15926" y="13437"/>
                <wp:lineTo x="15905" y="9059"/>
                <wp:lineTo x="15609" y="9059"/>
                <wp:lineTo x="15546" y="12229"/>
                <wp:lineTo x="15567" y="13739"/>
                <wp:lineTo x="15420" y="13739"/>
                <wp:lineTo x="15420" y="8153"/>
                <wp:lineTo x="15567" y="8153"/>
                <wp:lineTo x="15588" y="8908"/>
                <wp:lineTo x="15736" y="8002"/>
                <wp:lineTo x="15736" y="302"/>
                <wp:lineTo x="16706" y="302"/>
                <wp:lineTo x="16706" y="5586"/>
                <wp:lineTo x="16917" y="6794"/>
                <wp:lineTo x="17571" y="11776"/>
                <wp:lineTo x="17550" y="5737"/>
                <wp:lineTo x="17677" y="6039"/>
                <wp:lineTo x="17613" y="13890"/>
                <wp:lineTo x="16791" y="7549"/>
                <wp:lineTo x="16812" y="13739"/>
                <wp:lineTo x="16685" y="13739"/>
                <wp:lineTo x="16706" y="5586"/>
                <wp:lineTo x="16706" y="302"/>
                <wp:lineTo x="18098" y="302"/>
                <wp:lineTo x="18098" y="8002"/>
                <wp:lineTo x="18246" y="8228"/>
                <wp:lineTo x="18246" y="8606"/>
                <wp:lineTo x="18056" y="8757"/>
                <wp:lineTo x="17951" y="10418"/>
                <wp:lineTo x="18373" y="10418"/>
                <wp:lineTo x="18309" y="8757"/>
                <wp:lineTo x="18246" y="8606"/>
                <wp:lineTo x="18246" y="8228"/>
                <wp:lineTo x="18394" y="8455"/>
                <wp:lineTo x="18520" y="9814"/>
                <wp:lineTo x="18520" y="10871"/>
                <wp:lineTo x="17951" y="10871"/>
                <wp:lineTo x="18014" y="12833"/>
                <wp:lineTo x="18267" y="13286"/>
                <wp:lineTo x="18478" y="12682"/>
                <wp:lineTo x="18436" y="13437"/>
                <wp:lineTo x="18077" y="13890"/>
                <wp:lineTo x="17824" y="12380"/>
                <wp:lineTo x="17845" y="9210"/>
                <wp:lineTo x="18014" y="8153"/>
                <wp:lineTo x="18098" y="8002"/>
                <wp:lineTo x="18098" y="302"/>
                <wp:lineTo x="18942" y="302"/>
                <wp:lineTo x="18942" y="8002"/>
                <wp:lineTo x="19048" y="8177"/>
                <wp:lineTo x="19048" y="8757"/>
                <wp:lineTo x="18837" y="8908"/>
                <wp:lineTo x="18752" y="9814"/>
                <wp:lineTo x="18795" y="12833"/>
                <wp:lineTo x="18900" y="13437"/>
                <wp:lineTo x="19111" y="13135"/>
                <wp:lineTo x="19195" y="11927"/>
                <wp:lineTo x="19153" y="9210"/>
                <wp:lineTo x="19048" y="8757"/>
                <wp:lineTo x="19048" y="8177"/>
                <wp:lineTo x="19216" y="8455"/>
                <wp:lineTo x="19343" y="9814"/>
                <wp:lineTo x="19322" y="12380"/>
                <wp:lineTo x="19153" y="13739"/>
                <wp:lineTo x="18816" y="13588"/>
                <wp:lineTo x="18731" y="12984"/>
                <wp:lineTo x="18710" y="16910"/>
                <wp:lineTo x="18605" y="16910"/>
                <wp:lineTo x="18605" y="8153"/>
                <wp:lineTo x="18752" y="8153"/>
                <wp:lineTo x="18773" y="9059"/>
                <wp:lineTo x="18879" y="8153"/>
                <wp:lineTo x="18942" y="8002"/>
                <wp:lineTo x="18942" y="302"/>
                <wp:lineTo x="19680" y="302"/>
                <wp:lineTo x="19680" y="8002"/>
                <wp:lineTo x="19955" y="8455"/>
                <wp:lineTo x="20018" y="9210"/>
                <wp:lineTo x="20060" y="13437"/>
                <wp:lineTo x="20102" y="13286"/>
                <wp:lineTo x="20102" y="13739"/>
                <wp:lineTo x="19891" y="13437"/>
                <wp:lineTo x="19828" y="13437"/>
                <wp:lineTo x="19554" y="13890"/>
                <wp:lineTo x="19406" y="12833"/>
                <wp:lineTo x="19470" y="11324"/>
                <wp:lineTo x="19891" y="10267"/>
                <wp:lineTo x="19891" y="11022"/>
                <wp:lineTo x="19596" y="11475"/>
                <wp:lineTo x="19596" y="13135"/>
                <wp:lineTo x="19828" y="13135"/>
                <wp:lineTo x="19891" y="12531"/>
                <wp:lineTo x="19891" y="11022"/>
                <wp:lineTo x="19891" y="10267"/>
                <wp:lineTo x="19828" y="8757"/>
                <wp:lineTo x="19554" y="8908"/>
                <wp:lineTo x="19491" y="9361"/>
                <wp:lineTo x="19533" y="8455"/>
                <wp:lineTo x="19680" y="8002"/>
                <wp:lineTo x="19680" y="302"/>
                <wp:lineTo x="20271" y="302"/>
                <wp:lineTo x="20271" y="4831"/>
                <wp:lineTo x="20419" y="4982"/>
                <wp:lineTo x="20419" y="13739"/>
                <wp:lineTo x="20250" y="13437"/>
                <wp:lineTo x="20271" y="4831"/>
                <wp:lineTo x="20271" y="302"/>
                <wp:lineTo x="1266" y="302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9042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F87ADD5" w14:textId="7C408D18" w:rsidR="00A20248" w:rsidRDefault="00CB3113">
      <w:pPr>
        <w:pStyle w:val="Heading1"/>
        <w:jc w:val="center"/>
      </w:pPr>
      <w:r>
        <w:t>Office Administrator Application Form</w:t>
      </w:r>
    </w:p>
    <w:p w14:paraId="53249F57" w14:textId="6693C3B0" w:rsidR="00A20248" w:rsidRDefault="00000000">
      <w:pPr>
        <w:jc w:val="center"/>
      </w:pPr>
      <w:r>
        <w:t>Please complete all sections electronically or in black ink.</w:t>
      </w:r>
    </w:p>
    <w:p w14:paraId="58DE9602" w14:textId="66130FC3" w:rsidR="005B346D" w:rsidRPr="00656143" w:rsidRDefault="00CB3113" w:rsidP="005B346D">
      <w:pPr>
        <w:ind w:left="720" w:firstLine="720"/>
        <w:rPr>
          <w:color w:val="265898" w:themeColor="text2" w:themeTint="E6"/>
        </w:rPr>
      </w:pPr>
      <w:r>
        <w:rPr>
          <w:b/>
          <w:color w:val="265898" w:themeColor="text2" w:themeTint="E6"/>
          <w:sz w:val="36"/>
        </w:rPr>
        <w:t xml:space="preserve">       </w:t>
      </w:r>
      <w:r w:rsidR="005B346D" w:rsidRPr="00656143">
        <w:rPr>
          <w:b/>
          <w:color w:val="265898" w:themeColor="text2" w:themeTint="E6"/>
          <w:sz w:val="36"/>
        </w:rPr>
        <w:t>EMPLOYMENT APPLICATION FORM</w:t>
      </w:r>
    </w:p>
    <w:p w14:paraId="6E2DA311" w14:textId="77777777" w:rsidR="005B346D" w:rsidRDefault="005B346D" w:rsidP="005B346D">
      <w:pPr>
        <w:rPr>
          <w:lang w:eastAsia="en-GB"/>
        </w:rPr>
      </w:pPr>
      <w:r>
        <w:t>Please complete all sections in full. If a question does not apply to you, write “Not applicable”. Return the completed form by the closing date shown below, following the submission instructions given.</w:t>
      </w:r>
    </w:p>
    <w:p w14:paraId="67D5A2EF" w14:textId="77777777" w:rsidR="005B346D" w:rsidRDefault="005B346D" w:rsidP="00825BEA">
      <w:pPr>
        <w:spacing w:after="0" w:line="240" w:lineRule="auto"/>
      </w:pPr>
    </w:p>
    <w:tbl>
      <w:tblPr>
        <w:tblStyle w:val="LightGrid-Accent1"/>
        <w:tblW w:w="0" w:type="auto"/>
        <w:jc w:val="center"/>
        <w:tblLook w:val="04A0" w:firstRow="1" w:lastRow="0" w:firstColumn="1" w:lastColumn="0" w:noHBand="0" w:noVBand="1"/>
      </w:tblPr>
      <w:tblGrid>
        <w:gridCol w:w="2400"/>
        <w:gridCol w:w="6240"/>
      </w:tblGrid>
      <w:tr w:rsidR="00825BEA" w:rsidRPr="00656143" w14:paraId="025A30AE" w14:textId="77777777" w:rsidTr="002409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hideMark/>
          </w:tcPr>
          <w:p w14:paraId="006841D6" w14:textId="24259B99" w:rsidR="00825BEA" w:rsidRPr="00656143" w:rsidRDefault="00825BEA" w:rsidP="00270FC4">
            <w:r>
              <w:t>Position Appli</w:t>
            </w:r>
            <w:r w:rsidR="00D47E35">
              <w:t>ed For</w:t>
            </w:r>
          </w:p>
        </w:tc>
        <w:tc>
          <w:tcPr>
            <w:tcW w:w="6240" w:type="dxa"/>
          </w:tcPr>
          <w:p w14:paraId="3AB25901" w14:textId="77777777" w:rsidR="00825BEA" w:rsidRDefault="00825BEA" w:rsidP="00270F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670D3FEC" w14:textId="77777777" w:rsidR="00825BEA" w:rsidRPr="00656143" w:rsidRDefault="00825BEA" w:rsidP="00270F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5BEA" w:rsidRPr="00656143" w14:paraId="573FCC02" w14:textId="77777777" w:rsidTr="002409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hideMark/>
          </w:tcPr>
          <w:p w14:paraId="590A44EC" w14:textId="4869E482" w:rsidR="00825BEA" w:rsidRPr="00656143" w:rsidRDefault="00D47E35" w:rsidP="00270FC4">
            <w:r>
              <w:t>Closing Date</w:t>
            </w:r>
          </w:p>
        </w:tc>
        <w:tc>
          <w:tcPr>
            <w:tcW w:w="6240" w:type="dxa"/>
          </w:tcPr>
          <w:p w14:paraId="7A02F709" w14:textId="77777777" w:rsidR="00825BEA" w:rsidRDefault="00825BEA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CC1B4A" w14:textId="77777777" w:rsidR="00825BEA" w:rsidRPr="00656143" w:rsidRDefault="00825BEA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FED07EB" w14:textId="77777777" w:rsidR="005B346D" w:rsidRDefault="005B346D" w:rsidP="005B346D"/>
    <w:p w14:paraId="13557194" w14:textId="77777777" w:rsidR="005B346D" w:rsidRPr="009342EA" w:rsidRDefault="005B346D" w:rsidP="005B346D">
      <w:pPr>
        <w:rPr>
          <w:b/>
          <w:bCs/>
          <w:color w:val="265898" w:themeColor="text2" w:themeTint="E6"/>
          <w:sz w:val="28"/>
          <w:szCs w:val="28"/>
        </w:rPr>
      </w:pPr>
      <w:r w:rsidRPr="009342EA">
        <w:rPr>
          <w:b/>
          <w:bCs/>
          <w:color w:val="265898" w:themeColor="text2" w:themeTint="E6"/>
          <w:sz w:val="28"/>
          <w:szCs w:val="28"/>
        </w:rPr>
        <w:t>1. Personal Details</w:t>
      </w:r>
    </w:p>
    <w:tbl>
      <w:tblPr>
        <w:tblStyle w:val="LightGrid-Accent1"/>
        <w:tblW w:w="0" w:type="auto"/>
        <w:jc w:val="center"/>
        <w:tblLook w:val="04A0" w:firstRow="1" w:lastRow="0" w:firstColumn="1" w:lastColumn="0" w:noHBand="0" w:noVBand="1"/>
      </w:tblPr>
      <w:tblGrid>
        <w:gridCol w:w="2825"/>
        <w:gridCol w:w="6534"/>
      </w:tblGrid>
      <w:tr w:rsidR="005B346D" w:rsidRPr="00656143" w14:paraId="0CC73549" w14:textId="77777777" w:rsidTr="001E2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hideMark/>
          </w:tcPr>
          <w:p w14:paraId="4FF2FEE0" w14:textId="77777777" w:rsidR="005B346D" w:rsidRPr="00656143" w:rsidRDefault="005B346D" w:rsidP="00270FC4">
            <w:r w:rsidRPr="00656143">
              <w:t>Surname</w:t>
            </w:r>
          </w:p>
        </w:tc>
        <w:tc>
          <w:tcPr>
            <w:tcW w:w="6534" w:type="dxa"/>
          </w:tcPr>
          <w:p w14:paraId="2C6AEC82" w14:textId="77777777" w:rsidR="005B346D" w:rsidRDefault="005B346D" w:rsidP="00270F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3828B57C" w14:textId="77777777" w:rsidR="003B6018" w:rsidRPr="00656143" w:rsidRDefault="003B6018" w:rsidP="00270F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B346D" w:rsidRPr="00656143" w14:paraId="3D0A11A2" w14:textId="77777777" w:rsidTr="001E2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hideMark/>
          </w:tcPr>
          <w:p w14:paraId="5153DFD3" w14:textId="77777777" w:rsidR="005B346D" w:rsidRPr="00656143" w:rsidRDefault="005B346D" w:rsidP="00270FC4">
            <w:r w:rsidRPr="00656143">
              <w:t>Forename(s)</w:t>
            </w:r>
          </w:p>
        </w:tc>
        <w:tc>
          <w:tcPr>
            <w:tcW w:w="6534" w:type="dxa"/>
          </w:tcPr>
          <w:p w14:paraId="2B4EF8FB" w14:textId="77777777" w:rsidR="005B346D" w:rsidRDefault="005B346D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9BE853C" w14:textId="77777777" w:rsidR="003B6018" w:rsidRPr="00656143" w:rsidRDefault="003B6018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346D" w:rsidRPr="00656143" w14:paraId="24F43089" w14:textId="77777777" w:rsidTr="001E21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hideMark/>
          </w:tcPr>
          <w:p w14:paraId="46534E97" w14:textId="77777777" w:rsidR="005B346D" w:rsidRPr="00656143" w:rsidRDefault="005B346D" w:rsidP="00270FC4">
            <w:r w:rsidRPr="00656143">
              <w:t>Address</w:t>
            </w:r>
          </w:p>
        </w:tc>
        <w:tc>
          <w:tcPr>
            <w:tcW w:w="6534" w:type="dxa"/>
          </w:tcPr>
          <w:p w14:paraId="2598D67D" w14:textId="77777777" w:rsidR="005B346D" w:rsidRDefault="005B346D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8B1A6AF" w14:textId="77777777" w:rsidR="003B6018" w:rsidRDefault="003B6018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99477E8" w14:textId="77777777" w:rsidR="003B6018" w:rsidRDefault="003B6018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4FACF6D" w14:textId="77777777" w:rsidR="003B6018" w:rsidRPr="00656143" w:rsidRDefault="003B6018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B346D" w:rsidRPr="00656143" w14:paraId="49A200BF" w14:textId="77777777" w:rsidTr="001E2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hideMark/>
          </w:tcPr>
          <w:p w14:paraId="46F6CA7E" w14:textId="77777777" w:rsidR="005B346D" w:rsidRPr="00656143" w:rsidRDefault="005B346D" w:rsidP="00270FC4">
            <w:r w:rsidRPr="00656143">
              <w:t>Postcode</w:t>
            </w:r>
          </w:p>
        </w:tc>
        <w:tc>
          <w:tcPr>
            <w:tcW w:w="6534" w:type="dxa"/>
          </w:tcPr>
          <w:p w14:paraId="24CBA821" w14:textId="77777777" w:rsidR="005B346D" w:rsidRDefault="005B346D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4C30BA2" w14:textId="77777777" w:rsidR="003B6018" w:rsidRPr="00656143" w:rsidRDefault="003B6018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346D" w:rsidRPr="00656143" w14:paraId="07DFBE52" w14:textId="77777777" w:rsidTr="001E21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hideMark/>
          </w:tcPr>
          <w:p w14:paraId="67037062" w14:textId="77777777" w:rsidR="005B346D" w:rsidRPr="00656143" w:rsidRDefault="005B346D" w:rsidP="00270FC4">
            <w:r w:rsidRPr="00656143">
              <w:t>Home Telephone</w:t>
            </w:r>
          </w:p>
        </w:tc>
        <w:tc>
          <w:tcPr>
            <w:tcW w:w="6534" w:type="dxa"/>
          </w:tcPr>
          <w:p w14:paraId="284A6501" w14:textId="77777777" w:rsidR="005B346D" w:rsidRDefault="005B346D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9FB4702" w14:textId="77777777" w:rsidR="003B6018" w:rsidRPr="00656143" w:rsidRDefault="003B6018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B346D" w:rsidRPr="00656143" w14:paraId="08E2F0BE" w14:textId="77777777" w:rsidTr="001E2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hideMark/>
          </w:tcPr>
          <w:p w14:paraId="2D94F1CF" w14:textId="77777777" w:rsidR="005B346D" w:rsidRPr="00656143" w:rsidRDefault="005B346D" w:rsidP="00270FC4">
            <w:r w:rsidRPr="00656143">
              <w:t>Mobile Telephone</w:t>
            </w:r>
          </w:p>
        </w:tc>
        <w:tc>
          <w:tcPr>
            <w:tcW w:w="6534" w:type="dxa"/>
          </w:tcPr>
          <w:p w14:paraId="44BCC11A" w14:textId="77777777" w:rsidR="005B346D" w:rsidRDefault="005B346D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60D5782" w14:textId="77777777" w:rsidR="003B6018" w:rsidRPr="00656143" w:rsidRDefault="003B6018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346D" w:rsidRPr="00656143" w14:paraId="15DB05C3" w14:textId="77777777" w:rsidTr="001E21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hideMark/>
          </w:tcPr>
          <w:p w14:paraId="053A6CB0" w14:textId="77777777" w:rsidR="005B346D" w:rsidRPr="00656143" w:rsidRDefault="005B346D" w:rsidP="00270FC4">
            <w:r w:rsidRPr="00656143">
              <w:t>Email Address</w:t>
            </w:r>
          </w:p>
        </w:tc>
        <w:tc>
          <w:tcPr>
            <w:tcW w:w="6534" w:type="dxa"/>
          </w:tcPr>
          <w:p w14:paraId="3B914CB6" w14:textId="77777777" w:rsidR="005B346D" w:rsidRDefault="005B346D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D68503D" w14:textId="77777777" w:rsidR="003B6018" w:rsidRPr="00656143" w:rsidRDefault="003B6018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B346D" w:rsidRPr="00656143" w14:paraId="059A0B4D" w14:textId="77777777" w:rsidTr="001E2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2F8EC409" w14:textId="10410F50" w:rsidR="005B346D" w:rsidRDefault="00825BEA" w:rsidP="00270FC4">
            <w:r>
              <w:t xml:space="preserve">Driving </w:t>
            </w:r>
            <w:proofErr w:type="spellStart"/>
            <w:r>
              <w:t>Licence</w:t>
            </w:r>
            <w:proofErr w:type="spellEnd"/>
          </w:p>
          <w:p w14:paraId="0E78B5E7" w14:textId="77777777" w:rsidR="00825BEA" w:rsidRPr="00656143" w:rsidRDefault="00825BEA" w:rsidP="00270FC4">
            <w:pPr>
              <w:rPr>
                <w:b w:val="0"/>
                <w:bCs w:val="0"/>
              </w:rPr>
            </w:pPr>
          </w:p>
        </w:tc>
        <w:tc>
          <w:tcPr>
            <w:tcW w:w="6534" w:type="dxa"/>
          </w:tcPr>
          <w:p w14:paraId="47E70AE7" w14:textId="77777777" w:rsidR="005B346D" w:rsidRPr="00656143" w:rsidRDefault="005B346D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E0E5816" w14:textId="77777777" w:rsidR="005B346D" w:rsidRDefault="005B346D">
      <w:pPr>
        <w:jc w:val="center"/>
      </w:pPr>
    </w:p>
    <w:p w14:paraId="7F36155D" w14:textId="77777777" w:rsidR="005B346D" w:rsidRDefault="005B346D">
      <w:pPr>
        <w:jc w:val="center"/>
      </w:pPr>
    </w:p>
    <w:p w14:paraId="0A5B01F7" w14:textId="77777777" w:rsidR="009D2716" w:rsidRPr="009342EA" w:rsidRDefault="009D2716" w:rsidP="009D2716">
      <w:pPr>
        <w:rPr>
          <w:b/>
          <w:bCs/>
          <w:color w:val="265898" w:themeColor="text2" w:themeTint="E6"/>
          <w:sz w:val="28"/>
          <w:szCs w:val="28"/>
        </w:rPr>
      </w:pPr>
      <w:r w:rsidRPr="009342EA">
        <w:rPr>
          <w:b/>
          <w:bCs/>
          <w:color w:val="265898" w:themeColor="text2" w:themeTint="E6"/>
          <w:sz w:val="28"/>
          <w:szCs w:val="28"/>
        </w:rPr>
        <w:lastRenderedPageBreak/>
        <w:t>2. Employment Details</w:t>
      </w:r>
    </w:p>
    <w:p w14:paraId="606729EF" w14:textId="77777777" w:rsidR="009D2716" w:rsidRPr="00033FD5" w:rsidRDefault="009D2716" w:rsidP="009D2716">
      <w:pPr>
        <w:rPr>
          <w:b/>
          <w:bCs/>
        </w:rPr>
      </w:pPr>
      <w:r w:rsidRPr="00033FD5">
        <w:rPr>
          <w:b/>
          <w:bCs/>
        </w:rPr>
        <w:t>Current/Most Recent Employment</w:t>
      </w:r>
    </w:p>
    <w:tbl>
      <w:tblPr>
        <w:tblStyle w:val="LightGrid-Accent1"/>
        <w:tblW w:w="0" w:type="auto"/>
        <w:tblInd w:w="-10" w:type="dxa"/>
        <w:tblLook w:val="04A0" w:firstRow="1" w:lastRow="0" w:firstColumn="1" w:lastColumn="0" w:noHBand="0" w:noVBand="1"/>
      </w:tblPr>
      <w:tblGrid>
        <w:gridCol w:w="3402"/>
        <w:gridCol w:w="6038"/>
      </w:tblGrid>
      <w:tr w:rsidR="009D2716" w:rsidRPr="00656143" w14:paraId="201BE384" w14:textId="77777777" w:rsidTr="00D2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70C0A16B" w14:textId="65F847D4" w:rsidR="009D2716" w:rsidRPr="00656143" w:rsidRDefault="009D2716" w:rsidP="00270FC4">
            <w:r w:rsidRPr="00656143">
              <w:t xml:space="preserve">Employer </w:t>
            </w:r>
            <w:r>
              <w:t xml:space="preserve">Name </w:t>
            </w:r>
            <w:r w:rsidRPr="00656143">
              <w:t>&amp; Address</w:t>
            </w:r>
          </w:p>
        </w:tc>
        <w:tc>
          <w:tcPr>
            <w:tcW w:w="6038" w:type="dxa"/>
          </w:tcPr>
          <w:p w14:paraId="43090914" w14:textId="77777777" w:rsidR="009D2716" w:rsidRDefault="009D2716" w:rsidP="00270F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4C5E9F28" w14:textId="77777777" w:rsidR="009D2716" w:rsidRDefault="009D2716" w:rsidP="00270F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AD62AB" w14:textId="77777777" w:rsidR="009D2716" w:rsidRDefault="009D2716" w:rsidP="00270F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EBCE922" w14:textId="77777777" w:rsidR="009D2716" w:rsidRDefault="009D2716" w:rsidP="00270F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28FD7FC8" w14:textId="77777777" w:rsidR="009D2716" w:rsidRPr="00656143" w:rsidRDefault="009D2716" w:rsidP="00270F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2716" w:rsidRPr="00656143" w14:paraId="02A60E6C" w14:textId="77777777" w:rsidTr="00D2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68F3F9D8" w14:textId="77777777" w:rsidR="009D2716" w:rsidRPr="00656143" w:rsidRDefault="009D2716" w:rsidP="00270FC4">
            <w:r w:rsidRPr="00656143">
              <w:t>Job Title</w:t>
            </w:r>
          </w:p>
        </w:tc>
        <w:tc>
          <w:tcPr>
            <w:tcW w:w="6038" w:type="dxa"/>
          </w:tcPr>
          <w:p w14:paraId="6FA5B8E3" w14:textId="77777777" w:rsidR="009D2716" w:rsidRDefault="009D2716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C4CAD4" w14:textId="77777777" w:rsidR="009D2716" w:rsidRPr="00656143" w:rsidRDefault="009D2716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2716" w:rsidRPr="00656143" w14:paraId="618C2394" w14:textId="77777777" w:rsidTr="00D2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3783EBD3" w14:textId="77777777" w:rsidR="009D2716" w:rsidRPr="00656143" w:rsidRDefault="009D2716" w:rsidP="00270FC4">
            <w:r w:rsidRPr="00656143">
              <w:t>From</w:t>
            </w:r>
          </w:p>
        </w:tc>
        <w:tc>
          <w:tcPr>
            <w:tcW w:w="6038" w:type="dxa"/>
          </w:tcPr>
          <w:p w14:paraId="3E8F0C0A" w14:textId="77777777" w:rsidR="009D2716" w:rsidRDefault="009D2716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AFAC609" w14:textId="77777777" w:rsidR="009D2716" w:rsidRPr="00656143" w:rsidRDefault="009D2716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D2716" w:rsidRPr="00656143" w14:paraId="3EB217D7" w14:textId="77777777" w:rsidTr="00D2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583DDC93" w14:textId="77777777" w:rsidR="009D2716" w:rsidRPr="00656143" w:rsidRDefault="009D2716" w:rsidP="00270FC4">
            <w:r w:rsidRPr="00656143">
              <w:t>To</w:t>
            </w:r>
          </w:p>
        </w:tc>
        <w:tc>
          <w:tcPr>
            <w:tcW w:w="6038" w:type="dxa"/>
          </w:tcPr>
          <w:p w14:paraId="3F10D09F" w14:textId="77777777" w:rsidR="009D2716" w:rsidRDefault="009D2716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843DE40" w14:textId="77777777" w:rsidR="009D2716" w:rsidRPr="00656143" w:rsidRDefault="009D2716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2716" w:rsidRPr="00656143" w14:paraId="6EA1C913" w14:textId="77777777" w:rsidTr="00D2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51495DBC" w14:textId="77777777" w:rsidR="009D2716" w:rsidRPr="00656143" w:rsidRDefault="009D2716" w:rsidP="00270FC4">
            <w:r w:rsidRPr="00656143">
              <w:t>Notice Period</w:t>
            </w:r>
          </w:p>
        </w:tc>
        <w:tc>
          <w:tcPr>
            <w:tcW w:w="6038" w:type="dxa"/>
          </w:tcPr>
          <w:p w14:paraId="04F10541" w14:textId="77777777" w:rsidR="009D2716" w:rsidRDefault="009D2716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69DCBD8" w14:textId="77777777" w:rsidR="009D2716" w:rsidRPr="00656143" w:rsidRDefault="009D2716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D2716" w:rsidRPr="00656143" w14:paraId="1FBF5AE9" w14:textId="77777777" w:rsidTr="00D2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4FABD32A" w14:textId="77777777" w:rsidR="009D2716" w:rsidRPr="00656143" w:rsidRDefault="009D2716" w:rsidP="00270FC4">
            <w:r w:rsidRPr="00656143">
              <w:t>Reason for Leaving</w:t>
            </w:r>
          </w:p>
        </w:tc>
        <w:tc>
          <w:tcPr>
            <w:tcW w:w="6038" w:type="dxa"/>
          </w:tcPr>
          <w:p w14:paraId="52B2031E" w14:textId="77777777" w:rsidR="009D2716" w:rsidRDefault="009D2716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DD0D671" w14:textId="77777777" w:rsidR="009D2716" w:rsidRPr="00656143" w:rsidRDefault="009D2716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2716" w:rsidRPr="00656143" w14:paraId="643D1707" w14:textId="77777777" w:rsidTr="00D2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B0F566B" w14:textId="77777777" w:rsidR="009D2716" w:rsidRPr="00656143" w:rsidRDefault="009D2716" w:rsidP="00270FC4">
            <w:pPr>
              <w:rPr>
                <w:b w:val="0"/>
                <w:bCs w:val="0"/>
              </w:rPr>
            </w:pPr>
            <w:r w:rsidRPr="00656143">
              <w:t>Main Duties and Responsibilities:</w:t>
            </w:r>
          </w:p>
        </w:tc>
        <w:tc>
          <w:tcPr>
            <w:tcW w:w="6038" w:type="dxa"/>
          </w:tcPr>
          <w:p w14:paraId="1ADEE318" w14:textId="77777777" w:rsidR="009D2716" w:rsidRDefault="009D2716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1350BEF" w14:textId="77777777" w:rsidR="009D2716" w:rsidRDefault="009D2716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98F057E" w14:textId="77777777" w:rsidR="009D2716" w:rsidRDefault="009D2716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0465F3D" w14:textId="77777777" w:rsidR="009D2716" w:rsidRDefault="009D2716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307A454" w14:textId="77777777" w:rsidR="009D2716" w:rsidRDefault="009D2716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790D0D3" w14:textId="77777777" w:rsidR="009D2716" w:rsidRDefault="009D2716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A444A85" w14:textId="77777777" w:rsidR="009D2716" w:rsidRDefault="009D2716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46FCC41" w14:textId="77777777" w:rsidR="009D2716" w:rsidRDefault="009D2716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66537B5" w14:textId="77777777" w:rsidR="009D2716" w:rsidRDefault="009D2716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20DE1BB" w14:textId="77777777" w:rsidR="009D2716" w:rsidRDefault="009D2716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672FC11" w14:textId="77777777" w:rsidR="009D2716" w:rsidRPr="00656143" w:rsidRDefault="009D2716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02304BC6" w14:textId="77777777" w:rsidR="00924754" w:rsidRDefault="00924754">
      <w:pPr>
        <w:pStyle w:val="Heading2"/>
      </w:pPr>
    </w:p>
    <w:p w14:paraId="0D9C027C" w14:textId="77777777" w:rsidR="00822419" w:rsidRPr="009342EA" w:rsidRDefault="00822419" w:rsidP="00822419">
      <w:pPr>
        <w:rPr>
          <w:b/>
          <w:bCs/>
          <w:color w:val="265898" w:themeColor="text2" w:themeTint="E6"/>
          <w:sz w:val="28"/>
          <w:szCs w:val="28"/>
        </w:rPr>
      </w:pPr>
      <w:r w:rsidRPr="009342EA">
        <w:rPr>
          <w:b/>
          <w:bCs/>
          <w:color w:val="265898" w:themeColor="text2" w:themeTint="E6"/>
          <w:sz w:val="28"/>
          <w:szCs w:val="28"/>
        </w:rPr>
        <w:t>3. Previous Employment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1417"/>
        <w:gridCol w:w="1985"/>
        <w:gridCol w:w="3544"/>
      </w:tblGrid>
      <w:tr w:rsidR="000E4640" w:rsidRPr="00822419" w14:paraId="790C747D" w14:textId="77777777" w:rsidTr="00D25B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3517FAE2" w14:textId="77777777" w:rsidR="000E4640" w:rsidRPr="00822419" w:rsidRDefault="000E4640" w:rsidP="00270FC4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00822419">
              <w:rPr>
                <w:rFonts w:asciiTheme="majorHAnsi" w:eastAsiaTheme="majorEastAsia" w:hAnsiTheme="majorHAnsi" w:cstheme="majorBidi"/>
                <w:b/>
                <w:bCs/>
              </w:rPr>
              <w:t>Employer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4006D8A" w14:textId="77777777" w:rsidR="000E4640" w:rsidRPr="00822419" w:rsidRDefault="000E4640" w:rsidP="00270FC4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00822419">
              <w:rPr>
                <w:rFonts w:asciiTheme="majorHAnsi" w:eastAsiaTheme="majorEastAsia" w:hAnsiTheme="majorHAnsi" w:cstheme="majorBidi"/>
                <w:b/>
                <w:bCs/>
              </w:rPr>
              <w:t>Dates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F77453D" w14:textId="77777777" w:rsidR="000E4640" w:rsidRPr="00822419" w:rsidRDefault="000E4640" w:rsidP="00270FC4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00822419">
              <w:rPr>
                <w:rFonts w:asciiTheme="majorHAnsi" w:eastAsiaTheme="majorEastAsia" w:hAnsiTheme="majorHAnsi" w:cstheme="majorBidi"/>
                <w:b/>
                <w:bCs/>
              </w:rPr>
              <w:t>Job Title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19F5855" w14:textId="53CB0BD5" w:rsidR="000E4640" w:rsidRPr="00822419" w:rsidRDefault="004E6706" w:rsidP="00270FC4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</w:rPr>
              <w:t>Main Responsibilities</w:t>
            </w:r>
          </w:p>
        </w:tc>
      </w:tr>
      <w:tr w:rsidR="000E4640" w:rsidRPr="00656143" w14:paraId="22CE7C40" w14:textId="77777777" w:rsidTr="00D25B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C2D9" w14:textId="77777777" w:rsidR="000E4640" w:rsidRDefault="000E4640" w:rsidP="00270FC4"/>
          <w:p w14:paraId="08C4EBA1" w14:textId="77777777" w:rsidR="004E6706" w:rsidRDefault="004E6706" w:rsidP="00270FC4"/>
          <w:p w14:paraId="6DDDE7C7" w14:textId="77777777" w:rsidR="000E4640" w:rsidRPr="00656143" w:rsidRDefault="000E4640" w:rsidP="00270FC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AD9C" w14:textId="77777777" w:rsidR="000E4640" w:rsidRPr="00656143" w:rsidRDefault="000E4640" w:rsidP="00270FC4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1E4D" w14:textId="77777777" w:rsidR="000E4640" w:rsidRPr="00656143" w:rsidRDefault="000E4640" w:rsidP="00270FC4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05DB" w14:textId="77777777" w:rsidR="000E4640" w:rsidRPr="00656143" w:rsidRDefault="000E4640" w:rsidP="00270FC4"/>
        </w:tc>
      </w:tr>
      <w:tr w:rsidR="000E4640" w:rsidRPr="00656143" w14:paraId="49E48DE6" w14:textId="77777777" w:rsidTr="00D25B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7059" w14:textId="77777777" w:rsidR="000E4640" w:rsidRDefault="000E4640" w:rsidP="00270FC4"/>
          <w:p w14:paraId="7F5727DC" w14:textId="77777777" w:rsidR="004E6706" w:rsidRDefault="004E6706" w:rsidP="00270FC4"/>
          <w:p w14:paraId="37D64AEE" w14:textId="77777777" w:rsidR="004E6706" w:rsidRDefault="004E6706" w:rsidP="00270FC4"/>
          <w:p w14:paraId="668166FC" w14:textId="77777777" w:rsidR="004E6706" w:rsidRPr="00656143" w:rsidRDefault="004E6706" w:rsidP="00270FC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B32F" w14:textId="77777777" w:rsidR="000E4640" w:rsidRPr="00656143" w:rsidRDefault="000E4640" w:rsidP="00270FC4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B930" w14:textId="77777777" w:rsidR="000E4640" w:rsidRPr="00656143" w:rsidRDefault="000E4640" w:rsidP="00270FC4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81A0" w14:textId="77777777" w:rsidR="000E4640" w:rsidRPr="00656143" w:rsidRDefault="000E4640" w:rsidP="00270FC4"/>
        </w:tc>
      </w:tr>
      <w:tr w:rsidR="000E4640" w:rsidRPr="00656143" w14:paraId="7554B814" w14:textId="77777777" w:rsidTr="00D25B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17BD" w14:textId="77777777" w:rsidR="000E4640" w:rsidRDefault="000E4640" w:rsidP="00270FC4"/>
          <w:p w14:paraId="132D3D01" w14:textId="77777777" w:rsidR="004E6706" w:rsidRDefault="004E6706" w:rsidP="00270FC4"/>
          <w:p w14:paraId="5247B97D" w14:textId="77777777" w:rsidR="004E6706" w:rsidRDefault="004E6706" w:rsidP="00270FC4"/>
          <w:p w14:paraId="602481ED" w14:textId="77777777" w:rsidR="004E6706" w:rsidRPr="00656143" w:rsidRDefault="004E6706" w:rsidP="00270FC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44F9" w14:textId="77777777" w:rsidR="000E4640" w:rsidRPr="00656143" w:rsidRDefault="000E4640" w:rsidP="00270FC4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0987" w14:textId="77777777" w:rsidR="000E4640" w:rsidRPr="00656143" w:rsidRDefault="000E4640" w:rsidP="00270FC4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DD75" w14:textId="77777777" w:rsidR="000E4640" w:rsidRPr="00656143" w:rsidRDefault="000E4640" w:rsidP="00270FC4"/>
        </w:tc>
      </w:tr>
    </w:tbl>
    <w:p w14:paraId="37A9A16D" w14:textId="77777777" w:rsidR="004F4BE9" w:rsidRDefault="004F4BE9" w:rsidP="004F4BE9">
      <w:pPr>
        <w:rPr>
          <w:b/>
          <w:bCs/>
          <w:color w:val="265898" w:themeColor="text2" w:themeTint="E6"/>
          <w:sz w:val="28"/>
          <w:szCs w:val="28"/>
        </w:rPr>
      </w:pPr>
    </w:p>
    <w:p w14:paraId="60208891" w14:textId="489FDB37" w:rsidR="004F4BE9" w:rsidRPr="009342EA" w:rsidRDefault="004F4BE9" w:rsidP="004F4BE9">
      <w:pPr>
        <w:rPr>
          <w:b/>
          <w:bCs/>
          <w:color w:val="265898" w:themeColor="text2" w:themeTint="E6"/>
          <w:sz w:val="28"/>
          <w:szCs w:val="28"/>
        </w:rPr>
      </w:pPr>
      <w:r w:rsidRPr="009342EA">
        <w:rPr>
          <w:b/>
          <w:bCs/>
          <w:color w:val="265898" w:themeColor="text2" w:themeTint="E6"/>
          <w:sz w:val="28"/>
          <w:szCs w:val="28"/>
        </w:rPr>
        <w:lastRenderedPageBreak/>
        <w:t>4. Education &amp; Training</w:t>
      </w:r>
    </w:p>
    <w:p w14:paraId="5B24055B" w14:textId="77777777" w:rsidR="004F4BE9" w:rsidRPr="009342EA" w:rsidRDefault="004F4BE9" w:rsidP="004F4BE9">
      <w:pPr>
        <w:rPr>
          <w:b/>
          <w:bCs/>
        </w:rPr>
      </w:pPr>
      <w:r w:rsidRPr="009342EA">
        <w:rPr>
          <w:b/>
          <w:bCs/>
        </w:rPr>
        <w:t>SECONDARY EDUCATION</w:t>
      </w:r>
    </w:p>
    <w:tbl>
      <w:tblPr>
        <w:tblW w:w="107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85"/>
        <w:gridCol w:w="1086"/>
        <w:gridCol w:w="1086"/>
        <w:gridCol w:w="5397"/>
      </w:tblGrid>
      <w:tr w:rsidR="004F4BE9" w14:paraId="2FF8822B" w14:textId="77777777" w:rsidTr="00270FC4">
        <w:trPr>
          <w:trHeight w:val="266"/>
          <w:jc w:val="center"/>
        </w:trPr>
        <w:tc>
          <w:tcPr>
            <w:tcW w:w="31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B8CCE4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E565E" w14:textId="77777777" w:rsidR="004F4BE9" w:rsidRPr="009342EA" w:rsidRDefault="004F4BE9" w:rsidP="00270FC4">
            <w:pPr>
              <w:jc w:val="center"/>
              <w:rPr>
                <w:rFonts w:cstheme="minorHAnsi"/>
              </w:rPr>
            </w:pPr>
            <w:r w:rsidRPr="009342EA">
              <w:rPr>
                <w:rFonts w:cstheme="minorHAnsi"/>
                <w:b/>
                <w:bCs/>
              </w:rPr>
              <w:t>School</w:t>
            </w:r>
          </w:p>
        </w:tc>
        <w:tc>
          <w:tcPr>
            <w:tcW w:w="10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B8CCE4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4139D" w14:textId="77777777" w:rsidR="004F4BE9" w:rsidRPr="009342EA" w:rsidRDefault="004F4BE9" w:rsidP="00270FC4">
            <w:pPr>
              <w:jc w:val="center"/>
              <w:rPr>
                <w:rFonts w:cstheme="minorHAnsi"/>
              </w:rPr>
            </w:pPr>
            <w:r w:rsidRPr="009342EA">
              <w:rPr>
                <w:rFonts w:cstheme="minorHAnsi"/>
                <w:b/>
                <w:bCs/>
              </w:rPr>
              <w:t>From</w:t>
            </w:r>
          </w:p>
        </w:tc>
        <w:tc>
          <w:tcPr>
            <w:tcW w:w="10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B8CCE4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1421C" w14:textId="77777777" w:rsidR="004F4BE9" w:rsidRPr="009342EA" w:rsidRDefault="004F4BE9" w:rsidP="00270FC4">
            <w:pPr>
              <w:jc w:val="center"/>
              <w:rPr>
                <w:rFonts w:cstheme="minorHAnsi"/>
              </w:rPr>
            </w:pPr>
            <w:r w:rsidRPr="009342EA">
              <w:rPr>
                <w:rFonts w:cstheme="minorHAnsi"/>
                <w:b/>
                <w:bCs/>
              </w:rPr>
              <w:t>To</w:t>
            </w:r>
          </w:p>
        </w:tc>
        <w:tc>
          <w:tcPr>
            <w:tcW w:w="53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B8CCE4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1D801" w14:textId="77777777" w:rsidR="004F4BE9" w:rsidRPr="009342EA" w:rsidRDefault="004F4BE9" w:rsidP="00270FC4">
            <w:pPr>
              <w:jc w:val="center"/>
              <w:rPr>
                <w:rFonts w:cstheme="minorHAnsi"/>
              </w:rPr>
            </w:pPr>
            <w:r w:rsidRPr="009342EA">
              <w:rPr>
                <w:rFonts w:cstheme="minorHAnsi"/>
                <w:b/>
                <w:bCs/>
              </w:rPr>
              <w:t xml:space="preserve">Examinations taken </w:t>
            </w:r>
            <w:r w:rsidRPr="009342EA">
              <w:rPr>
                <w:rFonts w:cstheme="minorHAnsi"/>
                <w:b/>
                <w:bCs/>
                <w:i/>
                <w:iCs/>
              </w:rPr>
              <w:t>(include level/grade)</w:t>
            </w:r>
          </w:p>
        </w:tc>
      </w:tr>
      <w:tr w:rsidR="004F4BE9" w14:paraId="1FB1E35B" w14:textId="77777777" w:rsidTr="00270FC4">
        <w:trPr>
          <w:trHeight w:val="3242"/>
          <w:jc w:val="center"/>
        </w:trPr>
        <w:tc>
          <w:tcPr>
            <w:tcW w:w="31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B88FA" w14:textId="77777777" w:rsidR="004F4BE9" w:rsidRDefault="004F4BE9" w:rsidP="00270FC4">
            <w:r>
              <w:t>     </w:t>
            </w:r>
          </w:p>
          <w:p w14:paraId="63317760" w14:textId="77777777" w:rsidR="001E215B" w:rsidRDefault="001E215B" w:rsidP="00270FC4"/>
          <w:p w14:paraId="3027A7D3" w14:textId="77777777" w:rsidR="001E215B" w:rsidRDefault="001E215B" w:rsidP="00270FC4"/>
          <w:p w14:paraId="6BA6835C" w14:textId="77777777" w:rsidR="001E215B" w:rsidRDefault="001E215B" w:rsidP="00270FC4"/>
        </w:tc>
        <w:tc>
          <w:tcPr>
            <w:tcW w:w="10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A5528" w14:textId="77777777" w:rsidR="004F4BE9" w:rsidRDefault="004F4BE9" w:rsidP="00270FC4">
            <w:r>
              <w:t>     </w:t>
            </w:r>
          </w:p>
        </w:tc>
        <w:tc>
          <w:tcPr>
            <w:tcW w:w="10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1DFBC" w14:textId="77777777" w:rsidR="004F4BE9" w:rsidRDefault="004F4BE9" w:rsidP="00270FC4">
            <w:r>
              <w:t>     </w:t>
            </w:r>
          </w:p>
        </w:tc>
        <w:tc>
          <w:tcPr>
            <w:tcW w:w="53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1010B" w14:textId="77777777" w:rsidR="004F4BE9" w:rsidRDefault="004F4BE9" w:rsidP="00270FC4">
            <w:r>
              <w:t>     </w:t>
            </w:r>
          </w:p>
        </w:tc>
      </w:tr>
    </w:tbl>
    <w:p w14:paraId="19D33737" w14:textId="77777777" w:rsidR="00924754" w:rsidRDefault="00924754">
      <w:pPr>
        <w:pStyle w:val="Heading2"/>
      </w:pPr>
    </w:p>
    <w:p w14:paraId="2A789FFA" w14:textId="6265DA5C" w:rsidR="006A4F94" w:rsidRDefault="006A4F94" w:rsidP="006A4F94">
      <w:pPr>
        <w:rPr>
          <w:b/>
          <w:bCs/>
        </w:rPr>
      </w:pPr>
      <w:r w:rsidRPr="009342EA">
        <w:rPr>
          <w:b/>
          <w:bCs/>
        </w:rPr>
        <w:t>FURTHER EDUCATION – UNIVERSITY, COLLEGE COURSES</w:t>
      </w:r>
      <w:r>
        <w:rPr>
          <w:b/>
          <w:bCs/>
        </w:rPr>
        <w:t xml:space="preserve"> – Please include any </w:t>
      </w:r>
      <w:r w:rsidR="00CD4958">
        <w:rPr>
          <w:b/>
          <w:bCs/>
        </w:rPr>
        <w:t>professional accreditations or training.</w:t>
      </w:r>
    </w:p>
    <w:tbl>
      <w:tblPr>
        <w:tblW w:w="107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85"/>
        <w:gridCol w:w="1116"/>
        <w:gridCol w:w="1056"/>
        <w:gridCol w:w="3246"/>
        <w:gridCol w:w="2151"/>
      </w:tblGrid>
      <w:tr w:rsidR="006A4F94" w:rsidRPr="009342EA" w14:paraId="4A58A633" w14:textId="77777777" w:rsidTr="00270FC4">
        <w:trPr>
          <w:trHeight w:val="525"/>
          <w:jc w:val="center"/>
        </w:trPr>
        <w:tc>
          <w:tcPr>
            <w:tcW w:w="31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B8CCE4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DF6F6" w14:textId="77777777" w:rsidR="006A4F94" w:rsidRPr="009342EA" w:rsidRDefault="006A4F94" w:rsidP="00270FC4">
            <w:pPr>
              <w:rPr>
                <w:b/>
                <w:bCs/>
              </w:rPr>
            </w:pPr>
            <w:r w:rsidRPr="009342EA">
              <w:rPr>
                <w:b/>
                <w:bCs/>
              </w:rPr>
              <w:t>Establishment</w:t>
            </w:r>
          </w:p>
        </w:tc>
        <w:tc>
          <w:tcPr>
            <w:tcW w:w="1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B8CCE4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81D98" w14:textId="77777777" w:rsidR="006A4F94" w:rsidRPr="009342EA" w:rsidRDefault="006A4F94" w:rsidP="00270FC4">
            <w:pPr>
              <w:rPr>
                <w:b/>
                <w:bCs/>
              </w:rPr>
            </w:pPr>
            <w:r w:rsidRPr="009342EA">
              <w:rPr>
                <w:b/>
                <w:bCs/>
              </w:rPr>
              <w:t>From</w:t>
            </w:r>
          </w:p>
        </w:tc>
        <w:tc>
          <w:tcPr>
            <w:tcW w:w="10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B8CCE4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45583" w14:textId="77777777" w:rsidR="006A4F94" w:rsidRPr="009342EA" w:rsidRDefault="006A4F94" w:rsidP="00270FC4">
            <w:pPr>
              <w:rPr>
                <w:b/>
                <w:bCs/>
              </w:rPr>
            </w:pPr>
            <w:r w:rsidRPr="009342EA">
              <w:rPr>
                <w:b/>
                <w:bCs/>
              </w:rPr>
              <w:t>To</w:t>
            </w:r>
          </w:p>
        </w:tc>
        <w:tc>
          <w:tcPr>
            <w:tcW w:w="32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B8CCE4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18830" w14:textId="77777777" w:rsidR="006A4F94" w:rsidRPr="009342EA" w:rsidRDefault="006A4F94" w:rsidP="00270FC4">
            <w:pPr>
              <w:rPr>
                <w:b/>
                <w:bCs/>
              </w:rPr>
            </w:pPr>
            <w:r w:rsidRPr="009342EA">
              <w:rPr>
                <w:b/>
                <w:bCs/>
              </w:rPr>
              <w:t>Examinations taken</w:t>
            </w:r>
          </w:p>
          <w:p w14:paraId="50926E2E" w14:textId="77777777" w:rsidR="006A4F94" w:rsidRPr="009342EA" w:rsidRDefault="006A4F94" w:rsidP="00270FC4">
            <w:pPr>
              <w:rPr>
                <w:b/>
                <w:bCs/>
              </w:rPr>
            </w:pPr>
            <w:r w:rsidRPr="009342EA">
              <w:rPr>
                <w:b/>
                <w:bCs/>
                <w:i/>
                <w:iCs/>
              </w:rPr>
              <w:t>(including subject/level)</w:t>
            </w:r>
          </w:p>
        </w:tc>
        <w:tc>
          <w:tcPr>
            <w:tcW w:w="21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B8CCE4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9C543" w14:textId="77777777" w:rsidR="006A4F94" w:rsidRPr="009342EA" w:rsidRDefault="006A4F94" w:rsidP="00270FC4">
            <w:pPr>
              <w:rPr>
                <w:b/>
                <w:bCs/>
              </w:rPr>
            </w:pPr>
            <w:r w:rsidRPr="009342EA">
              <w:rPr>
                <w:b/>
                <w:bCs/>
              </w:rPr>
              <w:t>Classification/</w:t>
            </w:r>
          </w:p>
          <w:p w14:paraId="52315A0E" w14:textId="77777777" w:rsidR="006A4F94" w:rsidRPr="009342EA" w:rsidRDefault="006A4F94" w:rsidP="00270FC4">
            <w:pPr>
              <w:rPr>
                <w:b/>
                <w:bCs/>
              </w:rPr>
            </w:pPr>
            <w:r w:rsidRPr="009342EA">
              <w:rPr>
                <w:b/>
                <w:bCs/>
              </w:rPr>
              <w:t>Grade</w:t>
            </w:r>
          </w:p>
        </w:tc>
      </w:tr>
      <w:tr w:rsidR="006A4F94" w:rsidRPr="009342EA" w14:paraId="2BFD7604" w14:textId="77777777" w:rsidTr="00240961">
        <w:trPr>
          <w:trHeight w:val="3705"/>
          <w:jc w:val="center"/>
        </w:trPr>
        <w:tc>
          <w:tcPr>
            <w:tcW w:w="31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CC792" w14:textId="768584F1" w:rsidR="006A4F94" w:rsidRPr="009342EA" w:rsidRDefault="006A4F94" w:rsidP="00270FC4">
            <w:pPr>
              <w:rPr>
                <w:b/>
                <w:bCs/>
              </w:rPr>
            </w:pPr>
          </w:p>
        </w:tc>
        <w:tc>
          <w:tcPr>
            <w:tcW w:w="1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10C19" w14:textId="77777777" w:rsidR="006A4F94" w:rsidRPr="009342EA" w:rsidRDefault="006A4F94" w:rsidP="00270FC4">
            <w:pPr>
              <w:rPr>
                <w:b/>
                <w:bCs/>
              </w:rPr>
            </w:pPr>
            <w:r w:rsidRPr="009342EA">
              <w:rPr>
                <w:b/>
                <w:bCs/>
              </w:rPr>
              <w:t>     </w:t>
            </w:r>
          </w:p>
        </w:tc>
        <w:tc>
          <w:tcPr>
            <w:tcW w:w="10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9EFAD" w14:textId="77777777" w:rsidR="006A4F94" w:rsidRPr="009342EA" w:rsidRDefault="006A4F94" w:rsidP="00270FC4">
            <w:pPr>
              <w:rPr>
                <w:b/>
                <w:bCs/>
              </w:rPr>
            </w:pPr>
            <w:r w:rsidRPr="009342EA">
              <w:rPr>
                <w:b/>
                <w:bCs/>
              </w:rPr>
              <w:t>     </w:t>
            </w:r>
          </w:p>
        </w:tc>
        <w:tc>
          <w:tcPr>
            <w:tcW w:w="32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C9C76" w14:textId="77777777" w:rsidR="006A4F94" w:rsidRPr="009342EA" w:rsidRDefault="006A4F94" w:rsidP="00270FC4">
            <w:pPr>
              <w:rPr>
                <w:b/>
                <w:bCs/>
              </w:rPr>
            </w:pPr>
            <w:r w:rsidRPr="009342EA">
              <w:rPr>
                <w:b/>
                <w:bCs/>
              </w:rPr>
              <w:t>     </w:t>
            </w:r>
          </w:p>
        </w:tc>
        <w:tc>
          <w:tcPr>
            <w:tcW w:w="21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B21D3" w14:textId="77777777" w:rsidR="006A4F94" w:rsidRPr="009342EA" w:rsidRDefault="006A4F94" w:rsidP="00270FC4">
            <w:pPr>
              <w:rPr>
                <w:b/>
                <w:bCs/>
              </w:rPr>
            </w:pPr>
            <w:r w:rsidRPr="009342EA">
              <w:rPr>
                <w:b/>
                <w:bCs/>
              </w:rPr>
              <w:t>     </w:t>
            </w:r>
          </w:p>
        </w:tc>
      </w:tr>
    </w:tbl>
    <w:p w14:paraId="61F60E7C" w14:textId="77777777" w:rsidR="007C1589" w:rsidRDefault="007C1589">
      <w:pPr>
        <w:pStyle w:val="Heading2"/>
      </w:pPr>
    </w:p>
    <w:p w14:paraId="0DC7CDAA" w14:textId="77777777" w:rsidR="00D865AA" w:rsidRDefault="00D865AA">
      <w:pPr>
        <w:pStyle w:val="Heading2"/>
      </w:pPr>
    </w:p>
    <w:p w14:paraId="69ABF0D8" w14:textId="77777777" w:rsidR="00240961" w:rsidRDefault="00240961" w:rsidP="00240961"/>
    <w:p w14:paraId="2CA8C679" w14:textId="77777777" w:rsidR="00240961" w:rsidRPr="00240961" w:rsidRDefault="00240961" w:rsidP="00240961"/>
    <w:p w14:paraId="4D94EECE" w14:textId="5EA2273A" w:rsidR="00924754" w:rsidRDefault="008840C7">
      <w:pPr>
        <w:pStyle w:val="Heading2"/>
      </w:pPr>
      <w:r>
        <w:t xml:space="preserve">5. Additional Skills </w:t>
      </w:r>
      <w:r w:rsidR="007C1589">
        <w:t>and information</w:t>
      </w:r>
    </w:p>
    <w:p w14:paraId="5F5FD889" w14:textId="77777777" w:rsidR="007C1589" w:rsidRPr="007C1589" w:rsidRDefault="007C1589" w:rsidP="007C1589"/>
    <w:p w14:paraId="66371D71" w14:textId="77777777" w:rsidR="00924754" w:rsidRDefault="00924754">
      <w:pPr>
        <w:pStyle w:val="Heading2"/>
      </w:pPr>
    </w:p>
    <w:p w14:paraId="77ACAEFC" w14:textId="3C80AC7E" w:rsidR="00924754" w:rsidRPr="009456AF" w:rsidRDefault="009456AF">
      <w:pPr>
        <w:pStyle w:val="Heading2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9456AF">
        <w:rPr>
          <w:rFonts w:asciiTheme="minorHAnsi" w:eastAsiaTheme="minorEastAsia" w:hAnsiTheme="minorHAnsi" w:cstheme="minorBidi"/>
          <w:color w:val="auto"/>
          <w:sz w:val="22"/>
          <w:szCs w:val="22"/>
        </w:rPr>
        <w:t>Please use this section to detail your suitability for the role, reasons for applying and any other relevant supporting information</w:t>
      </w:r>
      <w:r w:rsidR="008346E8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including </w:t>
      </w:r>
      <w:r w:rsidR="002F1A82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volunteer work, </w:t>
      </w:r>
      <w:r w:rsidR="00D865AA">
        <w:rPr>
          <w:rFonts w:asciiTheme="minorHAnsi" w:eastAsiaTheme="minorEastAsia" w:hAnsiTheme="minorHAnsi" w:cstheme="minorBidi"/>
          <w:color w:val="auto"/>
          <w:sz w:val="22"/>
          <w:szCs w:val="22"/>
        </w:rPr>
        <w:t>interests and hobbies</w:t>
      </w:r>
      <w:r w:rsidRPr="009456AF">
        <w:rPr>
          <w:rFonts w:asciiTheme="minorHAnsi" w:eastAsiaTheme="minorEastAsia" w:hAnsiTheme="minorHAnsi" w:cstheme="minorBidi"/>
          <w:color w:val="auto"/>
          <w:sz w:val="22"/>
          <w:szCs w:val="22"/>
        </w:rPr>
        <w:t>. If you need to attach a further sheet, please feel free to do so.</w:t>
      </w:r>
    </w:p>
    <w:p w14:paraId="5E9B3946" w14:textId="063E355C" w:rsidR="00A20248" w:rsidRDefault="00A2024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30"/>
      </w:tblGrid>
      <w:tr w:rsidR="00D865AA" w14:paraId="260173BF" w14:textId="77777777" w:rsidTr="00D865AA">
        <w:tc>
          <w:tcPr>
            <w:tcW w:w="10230" w:type="dxa"/>
          </w:tcPr>
          <w:p w14:paraId="6C011C8F" w14:textId="77777777" w:rsidR="00D865AA" w:rsidRDefault="00D865AA"/>
          <w:p w14:paraId="1470E78F" w14:textId="77777777" w:rsidR="00D865AA" w:rsidRDefault="00D865AA"/>
          <w:p w14:paraId="46AB0502" w14:textId="77777777" w:rsidR="00D865AA" w:rsidRDefault="00D865AA"/>
          <w:p w14:paraId="5A9C9D55" w14:textId="77777777" w:rsidR="00D865AA" w:rsidRDefault="00D865AA"/>
          <w:p w14:paraId="290816F7" w14:textId="77777777" w:rsidR="00D865AA" w:rsidRDefault="00D865AA"/>
          <w:p w14:paraId="78443425" w14:textId="77777777" w:rsidR="00D865AA" w:rsidRDefault="00D865AA"/>
          <w:p w14:paraId="44C86673" w14:textId="77777777" w:rsidR="00D865AA" w:rsidRDefault="00D865AA"/>
          <w:p w14:paraId="78A2CF6A" w14:textId="77777777" w:rsidR="00D865AA" w:rsidRDefault="00D865AA"/>
          <w:p w14:paraId="1A18F605" w14:textId="77777777" w:rsidR="00D865AA" w:rsidRDefault="00D865AA"/>
          <w:p w14:paraId="67E72681" w14:textId="77777777" w:rsidR="00D865AA" w:rsidRDefault="00D865AA"/>
          <w:p w14:paraId="55CC4DCE" w14:textId="77777777" w:rsidR="00D865AA" w:rsidRDefault="00D865AA"/>
          <w:p w14:paraId="20BEBBCD" w14:textId="77777777" w:rsidR="00D865AA" w:rsidRDefault="00D865AA"/>
          <w:p w14:paraId="78AB76CC" w14:textId="77777777" w:rsidR="00D865AA" w:rsidRDefault="00D865AA"/>
          <w:p w14:paraId="4EF4EEA4" w14:textId="77777777" w:rsidR="00D865AA" w:rsidRDefault="00D865AA"/>
          <w:p w14:paraId="6B106438" w14:textId="77777777" w:rsidR="00D865AA" w:rsidRDefault="00D865AA"/>
          <w:p w14:paraId="64018993" w14:textId="77777777" w:rsidR="00D865AA" w:rsidRDefault="00D865AA"/>
          <w:p w14:paraId="0389DE4D" w14:textId="77777777" w:rsidR="00D865AA" w:rsidRDefault="00D865AA"/>
          <w:p w14:paraId="3EBABD77" w14:textId="77777777" w:rsidR="00D865AA" w:rsidRDefault="00D865AA"/>
          <w:p w14:paraId="256A6FCC" w14:textId="77777777" w:rsidR="00D865AA" w:rsidRDefault="00D865AA"/>
          <w:p w14:paraId="2F80176B" w14:textId="77777777" w:rsidR="00D865AA" w:rsidRDefault="00D865AA"/>
          <w:p w14:paraId="42B6CCB0" w14:textId="77777777" w:rsidR="00D865AA" w:rsidRDefault="00D865AA"/>
          <w:p w14:paraId="5444CD80" w14:textId="77777777" w:rsidR="00D865AA" w:rsidRDefault="00D865AA"/>
          <w:p w14:paraId="1FBDB31B" w14:textId="77777777" w:rsidR="00D865AA" w:rsidRDefault="00D865AA"/>
          <w:p w14:paraId="769F0226" w14:textId="77777777" w:rsidR="00D865AA" w:rsidRDefault="00D865AA"/>
          <w:p w14:paraId="3B20AB49" w14:textId="77777777" w:rsidR="00D865AA" w:rsidRDefault="00D865AA"/>
          <w:p w14:paraId="1B66972C" w14:textId="77777777" w:rsidR="00D865AA" w:rsidRDefault="00D865AA"/>
          <w:p w14:paraId="3B9D2842" w14:textId="77777777" w:rsidR="00D865AA" w:rsidRDefault="00D865AA"/>
          <w:p w14:paraId="0082E7EE" w14:textId="77777777" w:rsidR="00D865AA" w:rsidRDefault="00D865AA"/>
          <w:p w14:paraId="0AC9948F" w14:textId="77777777" w:rsidR="00D865AA" w:rsidRDefault="00D865AA"/>
          <w:p w14:paraId="3D937C8A" w14:textId="77777777" w:rsidR="00D865AA" w:rsidRDefault="00D865AA"/>
          <w:p w14:paraId="2D1667E9" w14:textId="77777777" w:rsidR="00D865AA" w:rsidRDefault="00D865AA"/>
          <w:p w14:paraId="59A41734" w14:textId="77777777" w:rsidR="00D865AA" w:rsidRDefault="00D865AA"/>
          <w:p w14:paraId="34949ACB" w14:textId="77777777" w:rsidR="00D865AA" w:rsidRDefault="00D865AA"/>
          <w:p w14:paraId="47F46422" w14:textId="77777777" w:rsidR="00D865AA" w:rsidRDefault="00D865AA"/>
          <w:p w14:paraId="2386541D" w14:textId="77777777" w:rsidR="00D865AA" w:rsidRDefault="00D865AA"/>
          <w:p w14:paraId="792F489C" w14:textId="77777777" w:rsidR="00D865AA" w:rsidRDefault="00D865AA"/>
        </w:tc>
      </w:tr>
    </w:tbl>
    <w:p w14:paraId="19F819E2" w14:textId="77777777" w:rsidR="00D865AA" w:rsidRDefault="00D865AA"/>
    <w:p w14:paraId="2DC04CA1" w14:textId="77777777" w:rsidR="009456AF" w:rsidRDefault="009456AF"/>
    <w:p w14:paraId="3FB11B34" w14:textId="431EA885" w:rsidR="00A20248" w:rsidRDefault="00A20248"/>
    <w:p w14:paraId="01D9F3EE" w14:textId="0FCFB439" w:rsidR="00A20248" w:rsidRDefault="00D865AA">
      <w:pPr>
        <w:pStyle w:val="Heading2"/>
      </w:pPr>
      <w:r>
        <w:t>6. References</w:t>
      </w:r>
    </w:p>
    <w:p w14:paraId="4DF8ADC4" w14:textId="77777777" w:rsidR="00D865AA" w:rsidRDefault="00D865AA" w:rsidP="00D865AA"/>
    <w:p w14:paraId="7FE56378" w14:textId="77777777" w:rsidR="00C027D9" w:rsidRPr="00917581" w:rsidRDefault="00C027D9" w:rsidP="00C027D9">
      <w:pPr>
        <w:rPr>
          <w:b/>
          <w:bCs/>
        </w:rPr>
      </w:pPr>
      <w:r w:rsidRPr="00917581">
        <w:rPr>
          <w:b/>
          <w:bCs/>
        </w:rPr>
        <w:t>Referee 1</w:t>
      </w:r>
    </w:p>
    <w:tbl>
      <w:tblPr>
        <w:tblStyle w:val="LightGrid-Accent1"/>
        <w:tblW w:w="0" w:type="auto"/>
        <w:jc w:val="center"/>
        <w:tblLook w:val="04A0" w:firstRow="1" w:lastRow="0" w:firstColumn="1" w:lastColumn="0" w:noHBand="0" w:noVBand="1"/>
      </w:tblPr>
      <w:tblGrid>
        <w:gridCol w:w="4679"/>
        <w:gridCol w:w="4822"/>
      </w:tblGrid>
      <w:tr w:rsidR="00C027D9" w:rsidRPr="00917581" w14:paraId="67847013" w14:textId="77777777" w:rsidTr="001E2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hideMark/>
          </w:tcPr>
          <w:p w14:paraId="1E25E2D7" w14:textId="77777777" w:rsidR="00C027D9" w:rsidRPr="00917581" w:rsidRDefault="00C027D9" w:rsidP="00270FC4">
            <w:r w:rsidRPr="00917581">
              <w:t>Name</w:t>
            </w:r>
          </w:p>
        </w:tc>
        <w:tc>
          <w:tcPr>
            <w:tcW w:w="4822" w:type="dxa"/>
          </w:tcPr>
          <w:p w14:paraId="10B1D96E" w14:textId="77777777" w:rsidR="00C027D9" w:rsidRDefault="00C027D9" w:rsidP="00270F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2E7C097B" w14:textId="77777777" w:rsidR="00C027D9" w:rsidRPr="00917581" w:rsidRDefault="00C027D9" w:rsidP="00270F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27D9" w:rsidRPr="00917581" w14:paraId="479F8F88" w14:textId="77777777" w:rsidTr="001E2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hideMark/>
          </w:tcPr>
          <w:p w14:paraId="5ECC722D" w14:textId="77777777" w:rsidR="00C027D9" w:rsidRPr="00917581" w:rsidRDefault="00C027D9" w:rsidP="00270FC4">
            <w:r w:rsidRPr="00917581">
              <w:t>Position</w:t>
            </w:r>
          </w:p>
        </w:tc>
        <w:tc>
          <w:tcPr>
            <w:tcW w:w="4822" w:type="dxa"/>
          </w:tcPr>
          <w:p w14:paraId="1BF132B0" w14:textId="77777777" w:rsidR="00C027D9" w:rsidRDefault="00C027D9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450A0D" w14:textId="77777777" w:rsidR="00C027D9" w:rsidRPr="00917581" w:rsidRDefault="00C027D9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27D9" w:rsidRPr="00917581" w14:paraId="5684BDA1" w14:textId="77777777" w:rsidTr="001E21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hideMark/>
          </w:tcPr>
          <w:p w14:paraId="4F522315" w14:textId="77777777" w:rsidR="00C027D9" w:rsidRPr="00917581" w:rsidRDefault="00C027D9" w:rsidP="00270FC4">
            <w:proofErr w:type="spellStart"/>
            <w:r w:rsidRPr="00917581">
              <w:t>Organisation</w:t>
            </w:r>
            <w:proofErr w:type="spellEnd"/>
          </w:p>
        </w:tc>
        <w:tc>
          <w:tcPr>
            <w:tcW w:w="4822" w:type="dxa"/>
          </w:tcPr>
          <w:p w14:paraId="156ADD2F" w14:textId="77777777" w:rsidR="00C027D9" w:rsidRDefault="00C027D9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D18ABD5" w14:textId="77777777" w:rsidR="00C027D9" w:rsidRPr="00917581" w:rsidRDefault="00C027D9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027D9" w:rsidRPr="00917581" w14:paraId="70B41844" w14:textId="77777777" w:rsidTr="001E2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hideMark/>
          </w:tcPr>
          <w:p w14:paraId="3D6BAC9E" w14:textId="77777777" w:rsidR="00C027D9" w:rsidRPr="00917581" w:rsidRDefault="00C027D9" w:rsidP="00270FC4">
            <w:r w:rsidRPr="00917581">
              <w:t>Address</w:t>
            </w:r>
          </w:p>
        </w:tc>
        <w:tc>
          <w:tcPr>
            <w:tcW w:w="4822" w:type="dxa"/>
          </w:tcPr>
          <w:p w14:paraId="78813EAB" w14:textId="77777777" w:rsidR="00C027D9" w:rsidRDefault="00C027D9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6CA0F26" w14:textId="77777777" w:rsidR="00C027D9" w:rsidRPr="00917581" w:rsidRDefault="00C027D9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27D9" w:rsidRPr="00917581" w14:paraId="2E94422C" w14:textId="77777777" w:rsidTr="001E21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hideMark/>
          </w:tcPr>
          <w:p w14:paraId="4813E562" w14:textId="77777777" w:rsidR="00C027D9" w:rsidRPr="00917581" w:rsidRDefault="00C027D9" w:rsidP="00270FC4">
            <w:r w:rsidRPr="00917581">
              <w:t>Telephone</w:t>
            </w:r>
          </w:p>
        </w:tc>
        <w:tc>
          <w:tcPr>
            <w:tcW w:w="4822" w:type="dxa"/>
          </w:tcPr>
          <w:p w14:paraId="7C04A836" w14:textId="77777777" w:rsidR="00C027D9" w:rsidRDefault="00C027D9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E53C408" w14:textId="77777777" w:rsidR="00C027D9" w:rsidRPr="00917581" w:rsidRDefault="00C027D9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027D9" w:rsidRPr="00917581" w14:paraId="21BEAB2F" w14:textId="77777777" w:rsidTr="001E2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hideMark/>
          </w:tcPr>
          <w:p w14:paraId="08BB4E9B" w14:textId="77777777" w:rsidR="00C027D9" w:rsidRPr="00917581" w:rsidRDefault="00C027D9" w:rsidP="00270FC4">
            <w:r w:rsidRPr="00917581">
              <w:t>Email</w:t>
            </w:r>
          </w:p>
        </w:tc>
        <w:tc>
          <w:tcPr>
            <w:tcW w:w="4822" w:type="dxa"/>
          </w:tcPr>
          <w:p w14:paraId="37495724" w14:textId="77777777" w:rsidR="00C027D9" w:rsidRDefault="00C027D9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4C341C4" w14:textId="77777777" w:rsidR="00C027D9" w:rsidRPr="00917581" w:rsidRDefault="00C027D9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27D9" w:rsidRPr="00917581" w14:paraId="26ADCDD6" w14:textId="77777777" w:rsidTr="001E21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hideMark/>
          </w:tcPr>
          <w:p w14:paraId="2AB9FFA5" w14:textId="77777777" w:rsidR="00C027D9" w:rsidRPr="00917581" w:rsidRDefault="00C027D9" w:rsidP="00270FC4">
            <w:r w:rsidRPr="00917581">
              <w:t xml:space="preserve">Contact before interview? </w:t>
            </w:r>
            <w:r w:rsidRPr="00917581">
              <w:rPr>
                <w:rFonts w:ascii="Segoe UI Symbol" w:hAnsi="Segoe UI Symbol" w:cs="Segoe UI Symbol"/>
              </w:rPr>
              <w:t>☐</w:t>
            </w:r>
            <w:r w:rsidRPr="00917581">
              <w:t xml:space="preserve"> Yes </w:t>
            </w:r>
            <w:r w:rsidRPr="00917581">
              <w:rPr>
                <w:rFonts w:ascii="Segoe UI Symbol" w:hAnsi="Segoe UI Symbol" w:cs="Segoe UI Symbol"/>
              </w:rPr>
              <w:t>☐</w:t>
            </w:r>
            <w:r w:rsidRPr="00917581">
              <w:t xml:space="preserve"> No</w:t>
            </w:r>
          </w:p>
        </w:tc>
        <w:tc>
          <w:tcPr>
            <w:tcW w:w="4822" w:type="dxa"/>
          </w:tcPr>
          <w:p w14:paraId="3C91210D" w14:textId="77777777" w:rsidR="00C027D9" w:rsidRPr="00917581" w:rsidRDefault="00C027D9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74BE439C" w14:textId="77777777" w:rsidR="00C027D9" w:rsidRDefault="00C027D9" w:rsidP="00C027D9">
      <w:pPr>
        <w:rPr>
          <w:b/>
          <w:bCs/>
        </w:rPr>
      </w:pPr>
    </w:p>
    <w:p w14:paraId="4234B2B4" w14:textId="77777777" w:rsidR="00C027D9" w:rsidRPr="00917581" w:rsidRDefault="00C027D9" w:rsidP="00C027D9">
      <w:pPr>
        <w:rPr>
          <w:b/>
          <w:bCs/>
        </w:rPr>
      </w:pPr>
      <w:r w:rsidRPr="00917581">
        <w:rPr>
          <w:b/>
          <w:bCs/>
        </w:rPr>
        <w:t>Referee 2</w:t>
      </w:r>
    </w:p>
    <w:tbl>
      <w:tblPr>
        <w:tblStyle w:val="LightGrid-Accent1"/>
        <w:tblW w:w="0" w:type="auto"/>
        <w:jc w:val="center"/>
        <w:tblLook w:val="04A0" w:firstRow="1" w:lastRow="0" w:firstColumn="1" w:lastColumn="0" w:noHBand="0" w:noVBand="1"/>
      </w:tblPr>
      <w:tblGrid>
        <w:gridCol w:w="4537"/>
        <w:gridCol w:w="4822"/>
      </w:tblGrid>
      <w:tr w:rsidR="00C027D9" w:rsidRPr="00917581" w14:paraId="577708EA" w14:textId="77777777" w:rsidTr="001E2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hideMark/>
          </w:tcPr>
          <w:p w14:paraId="7AB8871E" w14:textId="77777777" w:rsidR="00C027D9" w:rsidRPr="00917581" w:rsidRDefault="00C027D9" w:rsidP="00270FC4">
            <w:r w:rsidRPr="00917581">
              <w:t>Name</w:t>
            </w:r>
          </w:p>
        </w:tc>
        <w:tc>
          <w:tcPr>
            <w:tcW w:w="4822" w:type="dxa"/>
          </w:tcPr>
          <w:p w14:paraId="1E58EC96" w14:textId="77777777" w:rsidR="00C027D9" w:rsidRDefault="00C027D9" w:rsidP="00270F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1424810A" w14:textId="77777777" w:rsidR="00C027D9" w:rsidRPr="00917581" w:rsidRDefault="00C027D9" w:rsidP="00270F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27D9" w:rsidRPr="00917581" w14:paraId="6A8C58AE" w14:textId="77777777" w:rsidTr="001E2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hideMark/>
          </w:tcPr>
          <w:p w14:paraId="0C9DE043" w14:textId="77777777" w:rsidR="00C027D9" w:rsidRPr="00917581" w:rsidRDefault="00C027D9" w:rsidP="00270FC4">
            <w:r w:rsidRPr="00917581">
              <w:t>Position</w:t>
            </w:r>
          </w:p>
        </w:tc>
        <w:tc>
          <w:tcPr>
            <w:tcW w:w="4822" w:type="dxa"/>
          </w:tcPr>
          <w:p w14:paraId="40806090" w14:textId="77777777" w:rsidR="00C027D9" w:rsidRDefault="00C027D9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FB1295B" w14:textId="77777777" w:rsidR="00C027D9" w:rsidRPr="00917581" w:rsidRDefault="00C027D9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27D9" w:rsidRPr="00917581" w14:paraId="7A4E4C26" w14:textId="77777777" w:rsidTr="001E21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hideMark/>
          </w:tcPr>
          <w:p w14:paraId="2532F623" w14:textId="77777777" w:rsidR="00C027D9" w:rsidRPr="00917581" w:rsidRDefault="00C027D9" w:rsidP="00270FC4">
            <w:proofErr w:type="spellStart"/>
            <w:r w:rsidRPr="00917581">
              <w:t>Organisation</w:t>
            </w:r>
            <w:proofErr w:type="spellEnd"/>
          </w:p>
        </w:tc>
        <w:tc>
          <w:tcPr>
            <w:tcW w:w="4822" w:type="dxa"/>
          </w:tcPr>
          <w:p w14:paraId="1FF58FEF" w14:textId="77777777" w:rsidR="00C027D9" w:rsidRDefault="00C027D9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F1957E9" w14:textId="77777777" w:rsidR="00C027D9" w:rsidRPr="00917581" w:rsidRDefault="00C027D9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027D9" w:rsidRPr="00917581" w14:paraId="249924B6" w14:textId="77777777" w:rsidTr="001E2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hideMark/>
          </w:tcPr>
          <w:p w14:paraId="28CC4B16" w14:textId="77777777" w:rsidR="00C027D9" w:rsidRPr="00917581" w:rsidRDefault="00C027D9" w:rsidP="00270FC4">
            <w:r w:rsidRPr="00917581">
              <w:t>Address</w:t>
            </w:r>
          </w:p>
        </w:tc>
        <w:tc>
          <w:tcPr>
            <w:tcW w:w="4822" w:type="dxa"/>
          </w:tcPr>
          <w:p w14:paraId="4725C34D" w14:textId="77777777" w:rsidR="00C027D9" w:rsidRDefault="00C027D9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0695971" w14:textId="77777777" w:rsidR="00C027D9" w:rsidRPr="00917581" w:rsidRDefault="00C027D9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27D9" w:rsidRPr="00917581" w14:paraId="2B917382" w14:textId="77777777" w:rsidTr="001E21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hideMark/>
          </w:tcPr>
          <w:p w14:paraId="222219BC" w14:textId="77777777" w:rsidR="00C027D9" w:rsidRPr="00917581" w:rsidRDefault="00C027D9" w:rsidP="00270FC4">
            <w:r w:rsidRPr="00917581">
              <w:t>Telephone</w:t>
            </w:r>
          </w:p>
        </w:tc>
        <w:tc>
          <w:tcPr>
            <w:tcW w:w="4822" w:type="dxa"/>
          </w:tcPr>
          <w:p w14:paraId="4E4E189A" w14:textId="77777777" w:rsidR="00C027D9" w:rsidRDefault="00C027D9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141FCF1" w14:textId="77777777" w:rsidR="00C027D9" w:rsidRPr="00917581" w:rsidRDefault="00C027D9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027D9" w:rsidRPr="00917581" w14:paraId="1EE48192" w14:textId="77777777" w:rsidTr="001E2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hideMark/>
          </w:tcPr>
          <w:p w14:paraId="0609006C" w14:textId="77777777" w:rsidR="00C027D9" w:rsidRPr="00917581" w:rsidRDefault="00C027D9" w:rsidP="00270FC4">
            <w:r w:rsidRPr="00917581">
              <w:t>Email</w:t>
            </w:r>
          </w:p>
        </w:tc>
        <w:tc>
          <w:tcPr>
            <w:tcW w:w="4822" w:type="dxa"/>
          </w:tcPr>
          <w:p w14:paraId="5885B525" w14:textId="77777777" w:rsidR="00C027D9" w:rsidRDefault="00C027D9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261D992" w14:textId="77777777" w:rsidR="00C027D9" w:rsidRPr="00917581" w:rsidRDefault="00C027D9" w:rsidP="00270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27D9" w:rsidRPr="00917581" w14:paraId="2D8EFC45" w14:textId="77777777" w:rsidTr="001E21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hideMark/>
          </w:tcPr>
          <w:p w14:paraId="3F4B751D" w14:textId="77777777" w:rsidR="00C027D9" w:rsidRPr="00917581" w:rsidRDefault="00C027D9" w:rsidP="00270FC4">
            <w:r w:rsidRPr="00917581">
              <w:t xml:space="preserve">Contact before interview? </w:t>
            </w:r>
            <w:r w:rsidRPr="00917581">
              <w:rPr>
                <w:rFonts w:ascii="Segoe UI Symbol" w:hAnsi="Segoe UI Symbol" w:cs="Segoe UI Symbol"/>
              </w:rPr>
              <w:t>☐</w:t>
            </w:r>
            <w:r w:rsidRPr="00917581">
              <w:t xml:space="preserve"> Yes </w:t>
            </w:r>
            <w:r w:rsidRPr="00917581">
              <w:rPr>
                <w:rFonts w:ascii="Segoe UI Symbol" w:hAnsi="Segoe UI Symbol" w:cs="Segoe UI Symbol"/>
              </w:rPr>
              <w:t>☐</w:t>
            </w:r>
            <w:r w:rsidRPr="00917581">
              <w:t xml:space="preserve"> No</w:t>
            </w:r>
          </w:p>
        </w:tc>
        <w:tc>
          <w:tcPr>
            <w:tcW w:w="4822" w:type="dxa"/>
          </w:tcPr>
          <w:p w14:paraId="4CD8A06B" w14:textId="77777777" w:rsidR="00C027D9" w:rsidRPr="00917581" w:rsidRDefault="00C027D9" w:rsidP="00270F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24381A9D" w14:textId="77777777" w:rsidR="00D865AA" w:rsidRDefault="00D865AA" w:rsidP="00D865AA"/>
    <w:p w14:paraId="1CE1688C" w14:textId="77777777" w:rsidR="00FE4848" w:rsidRPr="00FE4848" w:rsidRDefault="00FE4848" w:rsidP="00FE4848">
      <w:pPr>
        <w:rPr>
          <w:b/>
          <w:bCs/>
        </w:rPr>
      </w:pPr>
      <w:r w:rsidRPr="00FE4848">
        <w:rPr>
          <w:b/>
          <w:bCs/>
        </w:rPr>
        <w:t>If you are closely acquainted with or related to any Trustee or employee of Community Action Nepal, please provide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30"/>
      </w:tblGrid>
      <w:tr w:rsidR="00FE4848" w14:paraId="4F5269D3" w14:textId="77777777" w:rsidTr="00FE4848">
        <w:tc>
          <w:tcPr>
            <w:tcW w:w="10230" w:type="dxa"/>
          </w:tcPr>
          <w:p w14:paraId="16E819BB" w14:textId="77777777" w:rsidR="00FE4848" w:rsidRDefault="00FE4848" w:rsidP="00D865AA"/>
          <w:p w14:paraId="3710A172" w14:textId="77777777" w:rsidR="00FE4848" w:rsidRDefault="00FE4848" w:rsidP="00D865AA"/>
          <w:p w14:paraId="09DA258D" w14:textId="77777777" w:rsidR="00FE4848" w:rsidRDefault="00FE4848" w:rsidP="00D865AA"/>
          <w:p w14:paraId="3C381A36" w14:textId="77777777" w:rsidR="00FE4848" w:rsidRDefault="00FE4848" w:rsidP="00D865AA"/>
        </w:tc>
      </w:tr>
    </w:tbl>
    <w:p w14:paraId="6418DE31" w14:textId="77777777" w:rsidR="00E55864" w:rsidRDefault="00E55864" w:rsidP="00E55864">
      <w:pPr>
        <w:rPr>
          <w:b/>
          <w:bCs/>
          <w:color w:val="265898" w:themeColor="text2" w:themeTint="E6"/>
          <w:sz w:val="28"/>
          <w:szCs w:val="28"/>
        </w:rPr>
      </w:pPr>
      <w:r w:rsidRPr="00917581">
        <w:rPr>
          <w:b/>
          <w:bCs/>
          <w:color w:val="265898" w:themeColor="text2" w:themeTint="E6"/>
          <w:sz w:val="28"/>
          <w:szCs w:val="28"/>
        </w:rPr>
        <w:lastRenderedPageBreak/>
        <w:t>8. Declaration</w:t>
      </w:r>
    </w:p>
    <w:p w14:paraId="2910DB76" w14:textId="77777777" w:rsidR="00E55864" w:rsidRPr="00917581" w:rsidRDefault="00E55864" w:rsidP="00E55864">
      <w:pPr>
        <w:rPr>
          <w:lang w:val="en-GB"/>
        </w:rPr>
      </w:pPr>
      <w:r w:rsidRPr="002D2CB6">
        <w:rPr>
          <w:b/>
          <w:bCs/>
        </w:rPr>
        <w:t>I declare that, to</w:t>
      </w:r>
      <w:r w:rsidRPr="00917581">
        <w:rPr>
          <w:b/>
          <w:bCs/>
        </w:rPr>
        <w:t xml:space="preserve"> the best of my knowledge</w:t>
      </w:r>
      <w:r w:rsidRPr="002D2CB6">
        <w:rPr>
          <w:b/>
          <w:bCs/>
        </w:rPr>
        <w:t>,</w:t>
      </w:r>
      <w:r w:rsidRPr="00917581">
        <w:rPr>
          <w:b/>
          <w:bCs/>
        </w:rPr>
        <w:t xml:space="preserve"> the information </w:t>
      </w:r>
      <w:r w:rsidRPr="002D2CB6">
        <w:rPr>
          <w:b/>
          <w:bCs/>
        </w:rPr>
        <w:t>provided</w:t>
      </w:r>
      <w:r w:rsidRPr="00917581">
        <w:rPr>
          <w:b/>
          <w:bCs/>
        </w:rPr>
        <w:t xml:space="preserve"> in this application form is accurate and </w:t>
      </w:r>
      <w:r w:rsidRPr="002D2CB6">
        <w:rPr>
          <w:b/>
          <w:bCs/>
        </w:rPr>
        <w:t>complete. I understand that:</w:t>
      </w:r>
    </w:p>
    <w:p w14:paraId="06C019A8" w14:textId="77777777" w:rsidR="00E55864" w:rsidRPr="00917581" w:rsidRDefault="00E55864" w:rsidP="00E55864">
      <w:pPr>
        <w:rPr>
          <w:b/>
          <w:bCs/>
        </w:rPr>
      </w:pPr>
    </w:p>
    <w:p w14:paraId="12A50911" w14:textId="77777777" w:rsidR="00E55864" w:rsidRDefault="00E55864" w:rsidP="00E55864">
      <w:pPr>
        <w:pStyle w:val="ListParagraph"/>
        <w:numPr>
          <w:ilvl w:val="0"/>
          <w:numId w:val="11"/>
        </w:numPr>
        <w:spacing w:after="160" w:line="278" w:lineRule="auto"/>
        <w:ind w:left="567" w:hanging="567"/>
        <w:rPr>
          <w:b/>
          <w:bCs/>
        </w:rPr>
      </w:pPr>
      <w:r w:rsidRPr="00917581">
        <w:rPr>
          <w:b/>
          <w:bCs/>
        </w:rPr>
        <w:t>I understand that the deliberate omission or falsification of information could lead to disqualification of my application or later dismissal, if appointed.</w:t>
      </w:r>
    </w:p>
    <w:p w14:paraId="60598C25" w14:textId="77777777" w:rsidR="00E55864" w:rsidRDefault="00E55864" w:rsidP="00E55864">
      <w:pPr>
        <w:pStyle w:val="ListParagraph"/>
        <w:ind w:left="567"/>
        <w:rPr>
          <w:b/>
          <w:bCs/>
        </w:rPr>
      </w:pPr>
    </w:p>
    <w:p w14:paraId="66623F68" w14:textId="77777777" w:rsidR="00E55864" w:rsidRDefault="00E55864" w:rsidP="00E55864">
      <w:pPr>
        <w:pStyle w:val="ListParagraph"/>
        <w:numPr>
          <w:ilvl w:val="0"/>
          <w:numId w:val="11"/>
        </w:numPr>
        <w:spacing w:after="160" w:line="278" w:lineRule="auto"/>
        <w:ind w:left="567" w:hanging="567"/>
        <w:rPr>
          <w:b/>
          <w:bCs/>
        </w:rPr>
      </w:pPr>
      <w:r w:rsidRPr="00FE6898">
        <w:rPr>
          <w:b/>
          <w:bCs/>
        </w:rPr>
        <w:t xml:space="preserve">I understand that the information provided on this application will be stored and processed by Community Action Nepal for a period of six months for recruitment purposes and if successful the information will be stored on CAN’s personnel filing systems both electronically and in hard copy. </w:t>
      </w:r>
    </w:p>
    <w:p w14:paraId="62275C0F" w14:textId="77777777" w:rsidR="00E55864" w:rsidRPr="00FE6898" w:rsidRDefault="00E55864" w:rsidP="00E55864">
      <w:pPr>
        <w:pStyle w:val="ListParagraph"/>
        <w:rPr>
          <w:b/>
          <w:bCs/>
        </w:rPr>
      </w:pPr>
    </w:p>
    <w:p w14:paraId="1B039F24" w14:textId="77777777" w:rsidR="00E55864" w:rsidRDefault="00E55864" w:rsidP="00E55864">
      <w:pPr>
        <w:pStyle w:val="ListParagraph"/>
        <w:numPr>
          <w:ilvl w:val="0"/>
          <w:numId w:val="11"/>
        </w:numPr>
        <w:spacing w:after="160" w:line="278" w:lineRule="auto"/>
        <w:ind w:left="567" w:hanging="567"/>
        <w:rPr>
          <w:b/>
          <w:bCs/>
        </w:rPr>
      </w:pPr>
      <w:r w:rsidRPr="00FE6898">
        <w:rPr>
          <w:b/>
          <w:bCs/>
        </w:rPr>
        <w:t>Where I cannot provide evidence of qualifications and / or suitable references I understand that the offer of employment may be rescinded and / or employment terminated.</w:t>
      </w:r>
    </w:p>
    <w:p w14:paraId="74FCECEF" w14:textId="77777777" w:rsidR="00E55864" w:rsidRPr="00FE6898" w:rsidRDefault="00E55864" w:rsidP="00E55864">
      <w:pPr>
        <w:pStyle w:val="ListParagraph"/>
        <w:rPr>
          <w:b/>
          <w:bCs/>
        </w:rPr>
      </w:pPr>
    </w:p>
    <w:p w14:paraId="261A8A42" w14:textId="77777777" w:rsidR="00E55864" w:rsidRDefault="00E55864" w:rsidP="00E55864">
      <w:pPr>
        <w:pStyle w:val="ListParagraph"/>
        <w:numPr>
          <w:ilvl w:val="0"/>
          <w:numId w:val="11"/>
        </w:numPr>
        <w:spacing w:after="160" w:line="278" w:lineRule="auto"/>
        <w:ind w:left="567" w:hanging="567"/>
        <w:rPr>
          <w:b/>
          <w:bCs/>
        </w:rPr>
      </w:pPr>
      <w:r w:rsidRPr="00FE6898">
        <w:rPr>
          <w:b/>
          <w:bCs/>
        </w:rPr>
        <w:t>Where the post for which I am applying requires me to work with children and / or vulnerable adults I hereby agree to a disclosure being made by the Disclosure and Barring Service about the existence and content of a criminal record unspent, or otherwise, where relevant. (A criminal record will not necessarily be a bar to obtaining a position)</w:t>
      </w:r>
    </w:p>
    <w:p w14:paraId="6336BC26" w14:textId="77777777" w:rsidR="00E55864" w:rsidRPr="00FE6898" w:rsidRDefault="00E55864" w:rsidP="00E55864">
      <w:pPr>
        <w:pStyle w:val="ListParagraph"/>
        <w:rPr>
          <w:b/>
          <w:bCs/>
        </w:rPr>
      </w:pPr>
    </w:p>
    <w:p w14:paraId="45DCE428" w14:textId="77777777" w:rsidR="00E55864" w:rsidRPr="00FE6898" w:rsidRDefault="00E55864" w:rsidP="00E55864">
      <w:pPr>
        <w:pStyle w:val="ListParagraph"/>
        <w:numPr>
          <w:ilvl w:val="0"/>
          <w:numId w:val="11"/>
        </w:numPr>
        <w:spacing w:after="160" w:line="278" w:lineRule="auto"/>
        <w:ind w:left="567" w:hanging="567"/>
        <w:rPr>
          <w:b/>
          <w:bCs/>
        </w:rPr>
      </w:pPr>
      <w:r w:rsidRPr="00FE6898">
        <w:rPr>
          <w:b/>
          <w:bCs/>
        </w:rPr>
        <w:t>Should I be short-listed I understand that I will be required to provide documentary evidence of my right to live and work in the United Kingdom under the Asylum and Immigration Act 1996.</w:t>
      </w:r>
    </w:p>
    <w:p w14:paraId="4629B104" w14:textId="77777777" w:rsidR="00E55864" w:rsidRPr="00917581" w:rsidRDefault="00E55864" w:rsidP="00E55864">
      <w:pPr>
        <w:rPr>
          <w:b/>
          <w:bCs/>
        </w:rPr>
      </w:pPr>
    </w:p>
    <w:p w14:paraId="4878C22A" w14:textId="77777777" w:rsidR="00E55864" w:rsidRPr="00917581" w:rsidRDefault="00E55864" w:rsidP="00E55864">
      <w:pPr>
        <w:rPr>
          <w:b/>
          <w:bCs/>
        </w:rPr>
      </w:pPr>
      <w:r>
        <w:rPr>
          <w:b/>
          <w:bCs/>
        </w:rPr>
        <w:t xml:space="preserve">           </w:t>
      </w:r>
      <w:r w:rsidRPr="00917581">
        <w:rPr>
          <w:b/>
          <w:bCs/>
        </w:rPr>
        <w:t>Signature: ………………………………………………………………….</w:t>
      </w:r>
      <w:r w:rsidRPr="00917581">
        <w:rPr>
          <w:b/>
          <w:bCs/>
        </w:rPr>
        <w:tab/>
        <w:t>Date: …........…...........</w:t>
      </w:r>
    </w:p>
    <w:p w14:paraId="5BBDABAF" w14:textId="77777777" w:rsidR="00E55864" w:rsidRDefault="00E55864" w:rsidP="00E55864">
      <w:pPr>
        <w:pStyle w:val="BodyText"/>
        <w:jc w:val="both"/>
        <w:rPr>
          <w:rFonts w:ascii="Optima" w:hAnsi="Optima" w:hint="eastAsia"/>
          <w:b/>
          <w:bCs/>
        </w:rPr>
      </w:pPr>
    </w:p>
    <w:p w14:paraId="16703E08" w14:textId="64AD8F4B" w:rsidR="00E55864" w:rsidRDefault="00E55864" w:rsidP="00E55864">
      <w:pPr>
        <w:pStyle w:val="BodyText"/>
        <w:jc w:val="both"/>
        <w:rPr>
          <w:rFonts w:cstheme="minorHAnsi"/>
          <w:b/>
          <w:bCs/>
          <w:sz w:val="24"/>
          <w:szCs w:val="24"/>
        </w:rPr>
      </w:pPr>
      <w:r w:rsidRPr="00FE6898">
        <w:rPr>
          <w:rFonts w:cstheme="minorHAnsi"/>
          <w:b/>
          <w:bCs/>
          <w:sz w:val="24"/>
          <w:szCs w:val="24"/>
        </w:rPr>
        <w:t xml:space="preserve">Please note </w:t>
      </w:r>
      <w:r w:rsidR="005D46CB">
        <w:rPr>
          <w:rFonts w:cstheme="minorHAnsi"/>
          <w:b/>
          <w:bCs/>
          <w:sz w:val="24"/>
          <w:szCs w:val="24"/>
        </w:rPr>
        <w:t xml:space="preserve">an e-signature is sufficient but if you are unable to do this, we may ask you to sign your application at interview stage. </w:t>
      </w:r>
    </w:p>
    <w:p w14:paraId="0B29AE69" w14:textId="77777777" w:rsidR="006B5CE6" w:rsidRDefault="006B5CE6" w:rsidP="00E55864">
      <w:pPr>
        <w:pStyle w:val="BodyText"/>
        <w:jc w:val="both"/>
        <w:rPr>
          <w:rFonts w:cstheme="minorHAnsi"/>
          <w:b/>
          <w:bCs/>
          <w:sz w:val="24"/>
          <w:szCs w:val="24"/>
        </w:rPr>
      </w:pPr>
    </w:p>
    <w:p w14:paraId="07761E32" w14:textId="07CA59ED" w:rsidR="006B5CE6" w:rsidRDefault="006B5CE6" w:rsidP="00E55864">
      <w:pPr>
        <w:pStyle w:val="BodyText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Where did you hear about this opportunity?</w:t>
      </w:r>
      <w:r w:rsidR="00947720">
        <w:rPr>
          <w:rFonts w:cstheme="minorHAnsi"/>
          <w:b/>
          <w:bCs/>
          <w:sz w:val="24"/>
          <w:szCs w:val="24"/>
        </w:rPr>
        <w:t xml:space="preserve"> Please tick as appropriate.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705"/>
        <w:gridCol w:w="1705"/>
        <w:gridCol w:w="1705"/>
        <w:gridCol w:w="1705"/>
        <w:gridCol w:w="1705"/>
      </w:tblGrid>
      <w:tr w:rsidR="00947720" w14:paraId="39307269" w14:textId="77777777" w:rsidTr="00FD66D9">
        <w:tc>
          <w:tcPr>
            <w:tcW w:w="1705" w:type="dxa"/>
            <w:shd w:val="clear" w:color="auto" w:fill="C6D9F1" w:themeFill="text2" w:themeFillTint="33"/>
          </w:tcPr>
          <w:p w14:paraId="5BFE4E60" w14:textId="4FB31162" w:rsidR="00947720" w:rsidRDefault="00EB730D" w:rsidP="00E55864">
            <w:pPr>
              <w:pStyle w:val="BodyText"/>
              <w:jc w:val="both"/>
              <w:rPr>
                <w:rFonts w:eastAsia="Optima" w:cstheme="minorHAnsi"/>
                <w:b/>
                <w:bCs/>
                <w:sz w:val="24"/>
                <w:szCs w:val="24"/>
              </w:rPr>
            </w:pPr>
            <w:r>
              <w:rPr>
                <w:rFonts w:eastAsia="Optima" w:cstheme="minorHAnsi"/>
                <w:b/>
                <w:bCs/>
                <w:sz w:val="24"/>
                <w:szCs w:val="24"/>
              </w:rPr>
              <w:t>Indeed</w:t>
            </w:r>
          </w:p>
        </w:tc>
        <w:tc>
          <w:tcPr>
            <w:tcW w:w="1705" w:type="dxa"/>
            <w:shd w:val="clear" w:color="auto" w:fill="C6D9F1" w:themeFill="text2" w:themeFillTint="33"/>
          </w:tcPr>
          <w:p w14:paraId="46118DEB" w14:textId="05F7DBAB" w:rsidR="00947720" w:rsidRDefault="00EB730D" w:rsidP="00E55864">
            <w:pPr>
              <w:pStyle w:val="BodyText"/>
              <w:jc w:val="both"/>
              <w:rPr>
                <w:rFonts w:eastAsia="Optima" w:cstheme="minorHAnsi"/>
                <w:b/>
                <w:bCs/>
                <w:sz w:val="24"/>
                <w:szCs w:val="24"/>
              </w:rPr>
            </w:pPr>
            <w:r>
              <w:rPr>
                <w:rFonts w:eastAsia="Optima" w:cstheme="minorHAnsi"/>
                <w:b/>
                <w:bCs/>
                <w:sz w:val="24"/>
                <w:szCs w:val="24"/>
              </w:rPr>
              <w:t xml:space="preserve">LinkedIn </w:t>
            </w:r>
          </w:p>
        </w:tc>
        <w:tc>
          <w:tcPr>
            <w:tcW w:w="1705" w:type="dxa"/>
            <w:shd w:val="clear" w:color="auto" w:fill="C6D9F1" w:themeFill="text2" w:themeFillTint="33"/>
          </w:tcPr>
          <w:p w14:paraId="2A7E506E" w14:textId="7040E602" w:rsidR="00947720" w:rsidRDefault="00EB730D" w:rsidP="00E55864">
            <w:pPr>
              <w:pStyle w:val="BodyText"/>
              <w:jc w:val="both"/>
              <w:rPr>
                <w:rFonts w:eastAsia="Optima" w:cstheme="minorHAnsi"/>
                <w:b/>
                <w:bCs/>
                <w:sz w:val="24"/>
                <w:szCs w:val="24"/>
              </w:rPr>
            </w:pPr>
            <w:r>
              <w:rPr>
                <w:rFonts w:eastAsia="Optima" w:cstheme="minorHAnsi"/>
                <w:b/>
                <w:bCs/>
                <w:sz w:val="24"/>
                <w:szCs w:val="24"/>
              </w:rPr>
              <w:t>Social Media</w:t>
            </w:r>
          </w:p>
        </w:tc>
        <w:tc>
          <w:tcPr>
            <w:tcW w:w="1705" w:type="dxa"/>
            <w:shd w:val="clear" w:color="auto" w:fill="C6D9F1" w:themeFill="text2" w:themeFillTint="33"/>
          </w:tcPr>
          <w:p w14:paraId="4AE0608E" w14:textId="267A2C90" w:rsidR="00947720" w:rsidRDefault="00EB730D" w:rsidP="00E55864">
            <w:pPr>
              <w:pStyle w:val="BodyText"/>
              <w:jc w:val="both"/>
              <w:rPr>
                <w:rFonts w:eastAsia="Optima" w:cstheme="minorHAnsi"/>
                <w:b/>
                <w:bCs/>
                <w:sz w:val="24"/>
                <w:szCs w:val="24"/>
              </w:rPr>
            </w:pPr>
            <w:r>
              <w:rPr>
                <w:rFonts w:eastAsia="Optima" w:cstheme="minorHAnsi"/>
                <w:b/>
                <w:bCs/>
                <w:sz w:val="24"/>
                <w:szCs w:val="24"/>
              </w:rPr>
              <w:t>Charity Jobs</w:t>
            </w:r>
          </w:p>
        </w:tc>
        <w:tc>
          <w:tcPr>
            <w:tcW w:w="1705" w:type="dxa"/>
            <w:shd w:val="clear" w:color="auto" w:fill="C6D9F1" w:themeFill="text2" w:themeFillTint="33"/>
          </w:tcPr>
          <w:p w14:paraId="1CE50433" w14:textId="1DFC866F" w:rsidR="00947720" w:rsidRDefault="00FD66D9" w:rsidP="00E55864">
            <w:pPr>
              <w:pStyle w:val="BodyText"/>
              <w:jc w:val="both"/>
              <w:rPr>
                <w:rFonts w:eastAsia="Optima" w:cstheme="minorHAnsi"/>
                <w:b/>
                <w:bCs/>
                <w:sz w:val="24"/>
                <w:szCs w:val="24"/>
              </w:rPr>
            </w:pPr>
            <w:r>
              <w:rPr>
                <w:rFonts w:eastAsia="Optima" w:cstheme="minorHAnsi"/>
                <w:b/>
                <w:bCs/>
                <w:sz w:val="24"/>
                <w:szCs w:val="24"/>
              </w:rPr>
              <w:t>Our website</w:t>
            </w:r>
          </w:p>
        </w:tc>
        <w:tc>
          <w:tcPr>
            <w:tcW w:w="1705" w:type="dxa"/>
            <w:shd w:val="clear" w:color="auto" w:fill="C6D9F1" w:themeFill="text2" w:themeFillTint="33"/>
          </w:tcPr>
          <w:p w14:paraId="18DEDF7D" w14:textId="3445D40F" w:rsidR="00947720" w:rsidRDefault="00FD66D9" w:rsidP="00E55864">
            <w:pPr>
              <w:pStyle w:val="BodyText"/>
              <w:jc w:val="both"/>
              <w:rPr>
                <w:rFonts w:eastAsia="Optima" w:cstheme="minorHAnsi"/>
                <w:b/>
                <w:bCs/>
                <w:sz w:val="24"/>
                <w:szCs w:val="24"/>
              </w:rPr>
            </w:pPr>
            <w:r>
              <w:rPr>
                <w:rFonts w:eastAsia="Optima" w:cstheme="minorHAnsi"/>
                <w:b/>
                <w:bCs/>
                <w:sz w:val="24"/>
                <w:szCs w:val="24"/>
              </w:rPr>
              <w:t>Other</w:t>
            </w:r>
          </w:p>
        </w:tc>
      </w:tr>
      <w:tr w:rsidR="00947720" w14:paraId="5B4E5C6E" w14:textId="77777777" w:rsidTr="00947720">
        <w:tc>
          <w:tcPr>
            <w:tcW w:w="1705" w:type="dxa"/>
          </w:tcPr>
          <w:p w14:paraId="12A2023C" w14:textId="77777777" w:rsidR="00947720" w:rsidRDefault="00947720" w:rsidP="00E55864">
            <w:pPr>
              <w:pStyle w:val="BodyText"/>
              <w:jc w:val="both"/>
              <w:rPr>
                <w:rFonts w:eastAsia="Optim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</w:tcPr>
          <w:p w14:paraId="6C3C7456" w14:textId="77777777" w:rsidR="00947720" w:rsidRDefault="00947720" w:rsidP="00E55864">
            <w:pPr>
              <w:pStyle w:val="BodyText"/>
              <w:jc w:val="both"/>
              <w:rPr>
                <w:rFonts w:eastAsia="Optim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</w:tcPr>
          <w:p w14:paraId="6647FE73" w14:textId="77777777" w:rsidR="00947720" w:rsidRDefault="00947720" w:rsidP="00E55864">
            <w:pPr>
              <w:pStyle w:val="BodyText"/>
              <w:jc w:val="both"/>
              <w:rPr>
                <w:rFonts w:eastAsia="Optim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</w:tcPr>
          <w:p w14:paraId="72F981AD" w14:textId="77777777" w:rsidR="00947720" w:rsidRDefault="00947720" w:rsidP="00E55864">
            <w:pPr>
              <w:pStyle w:val="BodyText"/>
              <w:jc w:val="both"/>
              <w:rPr>
                <w:rFonts w:eastAsia="Optim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</w:tcPr>
          <w:p w14:paraId="68F0CC5F" w14:textId="77777777" w:rsidR="00947720" w:rsidRDefault="00947720" w:rsidP="00E55864">
            <w:pPr>
              <w:pStyle w:val="BodyText"/>
              <w:jc w:val="both"/>
              <w:rPr>
                <w:rFonts w:eastAsia="Optim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</w:tcPr>
          <w:p w14:paraId="78DD4288" w14:textId="77777777" w:rsidR="00947720" w:rsidRDefault="00947720" w:rsidP="00E55864">
            <w:pPr>
              <w:pStyle w:val="BodyText"/>
              <w:jc w:val="both"/>
              <w:rPr>
                <w:rFonts w:eastAsia="Optima" w:cstheme="minorHAnsi"/>
                <w:b/>
                <w:bCs/>
                <w:sz w:val="24"/>
                <w:szCs w:val="24"/>
              </w:rPr>
            </w:pPr>
          </w:p>
        </w:tc>
      </w:tr>
    </w:tbl>
    <w:p w14:paraId="3CA81AE4" w14:textId="77777777" w:rsidR="006B5CE6" w:rsidRPr="00FE6898" w:rsidRDefault="006B5CE6" w:rsidP="00E55864">
      <w:pPr>
        <w:pStyle w:val="BodyText"/>
        <w:jc w:val="both"/>
        <w:rPr>
          <w:rFonts w:eastAsia="Optima" w:cstheme="minorHAnsi"/>
          <w:b/>
          <w:bCs/>
          <w:sz w:val="24"/>
          <w:szCs w:val="24"/>
        </w:rPr>
      </w:pPr>
    </w:p>
    <w:p w14:paraId="6B086A22" w14:textId="77777777" w:rsidR="00E55864" w:rsidRDefault="00E55864" w:rsidP="00E55864">
      <w:pPr>
        <w:pStyle w:val="BodyText"/>
        <w:jc w:val="both"/>
        <w:rPr>
          <w:rFonts w:ascii="Optima" w:eastAsia="Optima" w:hAnsi="Optima" w:cs="Optima"/>
        </w:rPr>
      </w:pPr>
    </w:p>
    <w:p w14:paraId="3CDC8127" w14:textId="77777777" w:rsidR="00E55864" w:rsidRDefault="00E55864" w:rsidP="00E55864">
      <w:pPr>
        <w:pStyle w:val="BodyText"/>
        <w:jc w:val="both"/>
        <w:rPr>
          <w:rFonts w:ascii="Optima" w:eastAsia="Optima" w:hAnsi="Optima" w:cs="Optima"/>
        </w:rPr>
      </w:pPr>
    </w:p>
    <w:p w14:paraId="19923FCC" w14:textId="72539719" w:rsidR="00C027D9" w:rsidRPr="005D46CB" w:rsidRDefault="00E55864" w:rsidP="005D46CB">
      <w:pPr>
        <w:pStyle w:val="BodyText"/>
        <w:jc w:val="both"/>
        <w:rPr>
          <w:rFonts w:cstheme="minorHAnsi"/>
          <w:b/>
          <w:bCs/>
          <w:sz w:val="24"/>
          <w:szCs w:val="24"/>
        </w:rPr>
      </w:pPr>
      <w:r w:rsidRPr="005D46CB">
        <w:rPr>
          <w:rFonts w:cstheme="minorHAnsi"/>
          <w:b/>
          <w:bCs/>
          <w:sz w:val="24"/>
          <w:szCs w:val="24"/>
        </w:rPr>
        <w:t>PLEASE RETURN YOUR APPLICATION FORM TO: nicolaterry@canepal.org.uk</w:t>
      </w:r>
    </w:p>
    <w:sectPr w:rsidR="00C027D9" w:rsidRPr="005D46CB" w:rsidSect="00034616">
      <w:pgSz w:w="12240" w:h="15840"/>
      <w:pgMar w:top="1440" w:right="1000" w:bottom="1440" w:left="10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Optima">
    <w:altName w:val="Cambria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255928"/>
    <w:multiLevelType w:val="hybridMultilevel"/>
    <w:tmpl w:val="127A4804"/>
    <w:lvl w:ilvl="0" w:tplc="310E6FFE">
      <w:start w:val="1"/>
      <w:numFmt w:val="lowerRoman"/>
      <w:lvlText w:val="(%1)"/>
      <w:lvlJc w:val="left"/>
      <w:pPr>
        <w:ind w:left="1080" w:hanging="720"/>
      </w:pPr>
      <w:rPr>
        <w:rFonts w:asciiTheme="minorHAnsi" w:eastAsia="Arial Unicode MS" w:hAnsiTheme="minorHAnsi" w:cstheme="minorHAnsi" w:hint="default"/>
        <w:b/>
        <w:bCs w:val="0"/>
        <w:color w:val="00000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36527"/>
    <w:multiLevelType w:val="hybridMultilevel"/>
    <w:tmpl w:val="D2606AE2"/>
    <w:lvl w:ilvl="0" w:tplc="ABC2A30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463102">
    <w:abstractNumId w:val="8"/>
  </w:num>
  <w:num w:numId="2" w16cid:durableId="511796070">
    <w:abstractNumId w:val="6"/>
  </w:num>
  <w:num w:numId="3" w16cid:durableId="416561948">
    <w:abstractNumId w:val="5"/>
  </w:num>
  <w:num w:numId="4" w16cid:durableId="2124231547">
    <w:abstractNumId w:val="4"/>
  </w:num>
  <w:num w:numId="5" w16cid:durableId="924728076">
    <w:abstractNumId w:val="7"/>
  </w:num>
  <w:num w:numId="6" w16cid:durableId="977564985">
    <w:abstractNumId w:val="3"/>
  </w:num>
  <w:num w:numId="7" w16cid:durableId="1089932686">
    <w:abstractNumId w:val="2"/>
  </w:num>
  <w:num w:numId="8" w16cid:durableId="1794639393">
    <w:abstractNumId w:val="1"/>
  </w:num>
  <w:num w:numId="9" w16cid:durableId="1578132930">
    <w:abstractNumId w:val="0"/>
  </w:num>
  <w:num w:numId="10" w16cid:durableId="1179850501">
    <w:abstractNumId w:val="10"/>
  </w:num>
  <w:num w:numId="11" w16cid:durableId="11116251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FD5"/>
    <w:rsid w:val="00034616"/>
    <w:rsid w:val="0006063C"/>
    <w:rsid w:val="00070218"/>
    <w:rsid w:val="000E4640"/>
    <w:rsid w:val="0015074B"/>
    <w:rsid w:val="001E215B"/>
    <w:rsid w:val="00240961"/>
    <w:rsid w:val="0029574E"/>
    <w:rsid w:val="0029639D"/>
    <w:rsid w:val="002B3456"/>
    <w:rsid w:val="002F1A82"/>
    <w:rsid w:val="00326F90"/>
    <w:rsid w:val="003B6018"/>
    <w:rsid w:val="004E6706"/>
    <w:rsid w:val="004F4BE9"/>
    <w:rsid w:val="005B346D"/>
    <w:rsid w:val="005D46CB"/>
    <w:rsid w:val="006A4F94"/>
    <w:rsid w:val="006B5CE6"/>
    <w:rsid w:val="007C1589"/>
    <w:rsid w:val="00822419"/>
    <w:rsid w:val="00825BEA"/>
    <w:rsid w:val="008346E8"/>
    <w:rsid w:val="008840C7"/>
    <w:rsid w:val="00924754"/>
    <w:rsid w:val="00937412"/>
    <w:rsid w:val="009456AF"/>
    <w:rsid w:val="00947720"/>
    <w:rsid w:val="009D2716"/>
    <w:rsid w:val="00A20248"/>
    <w:rsid w:val="00AA1D8D"/>
    <w:rsid w:val="00B47730"/>
    <w:rsid w:val="00C027D9"/>
    <w:rsid w:val="00CB0664"/>
    <w:rsid w:val="00CB3113"/>
    <w:rsid w:val="00CD4958"/>
    <w:rsid w:val="00D25B1E"/>
    <w:rsid w:val="00D47E35"/>
    <w:rsid w:val="00D865AA"/>
    <w:rsid w:val="00E15707"/>
    <w:rsid w:val="00E55864"/>
    <w:rsid w:val="00EB730D"/>
    <w:rsid w:val="00ED59AC"/>
    <w:rsid w:val="00FC693F"/>
    <w:rsid w:val="00FD598A"/>
    <w:rsid w:val="00FD66D9"/>
    <w:rsid w:val="00FE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F976F6"/>
  <w14:defaultImageDpi w14:val="300"/>
  <w15:docId w15:val="{E818907E-D0EC-41BE-A278-7FD3056B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513</Words>
  <Characters>2895</Characters>
  <Application>Microsoft Office Word</Application>
  <DocSecurity>0</DocSecurity>
  <Lines>280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Nicola Terry</cp:lastModifiedBy>
  <cp:revision>2</cp:revision>
  <dcterms:created xsi:type="dcterms:W3CDTF">2026-07-24T12:34:00Z</dcterms:created>
  <dcterms:modified xsi:type="dcterms:W3CDTF">2026-07-24T12:34:00Z</dcterms:modified>
  <cp:category/>
</cp:coreProperties>
</file>